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D21E9" w14:textId="77777777" w:rsidR="00B61A0B" w:rsidRPr="00BF30E3" w:rsidRDefault="00000000">
      <w:pPr>
        <w:pStyle w:val="Tytu"/>
        <w:jc w:val="center"/>
        <w:rPr>
          <w:lang w:val="pl-PL"/>
        </w:rPr>
      </w:pPr>
      <w:r w:rsidRPr="00BF30E3">
        <w:rPr>
          <w:lang w:val="pl-PL"/>
        </w:rPr>
        <w:t>REGULAMIN II EDYCJI KONKURSU FOTOGRAFICZNEGO</w:t>
      </w:r>
    </w:p>
    <w:p w14:paraId="45AAB771" w14:textId="77777777" w:rsidR="00B61A0B" w:rsidRPr="00BF30E3" w:rsidRDefault="00000000">
      <w:pPr>
        <w:jc w:val="center"/>
        <w:rPr>
          <w:lang w:val="pl-PL"/>
        </w:rPr>
      </w:pPr>
      <w:r w:rsidRPr="00BF30E3">
        <w:rPr>
          <w:b/>
          <w:lang w:val="pl-PL"/>
        </w:rPr>
        <w:t>„Pszczoła - natura w obiektywie”</w:t>
      </w:r>
    </w:p>
    <w:p w14:paraId="414C550C" w14:textId="77777777" w:rsidR="00B61A0B" w:rsidRPr="00BF30E3" w:rsidRDefault="00000000">
      <w:pPr>
        <w:pStyle w:val="Nagwek1"/>
        <w:rPr>
          <w:lang w:val="pl-PL"/>
        </w:rPr>
      </w:pPr>
      <w:r w:rsidRPr="00BF30E3">
        <w:rPr>
          <w:lang w:val="pl-PL"/>
        </w:rPr>
        <w:t>§ 1  Postanowienia ogólne</w:t>
      </w:r>
    </w:p>
    <w:p w14:paraId="286795E3" w14:textId="55B36F88" w:rsidR="00B61A0B" w:rsidRPr="00BF30E3" w:rsidRDefault="00000000">
      <w:pPr>
        <w:ind w:left="259" w:hanging="259"/>
        <w:rPr>
          <w:lang w:val="pl-PL"/>
        </w:rPr>
      </w:pPr>
      <w:r w:rsidRPr="00BF30E3">
        <w:rPr>
          <w:lang w:val="pl-PL"/>
        </w:rPr>
        <w:t>1. Organizator</w:t>
      </w:r>
      <w:r w:rsidR="00E62D3A">
        <w:rPr>
          <w:lang w:val="pl-PL"/>
        </w:rPr>
        <w:t>em</w:t>
      </w:r>
      <w:r w:rsidRPr="00BF30E3">
        <w:rPr>
          <w:lang w:val="pl-PL"/>
        </w:rPr>
        <w:t xml:space="preserve"> II edycji Konkursu fotograficznego pod nazwą: „Pszczoła - natura w obiektywie” (dalej jako: „Konkurs”) </w:t>
      </w:r>
      <w:r w:rsidR="00E62D3A">
        <w:rPr>
          <w:lang w:val="pl-PL"/>
        </w:rPr>
        <w:t>jest</w:t>
      </w:r>
      <w:r w:rsidRPr="00BF30E3">
        <w:rPr>
          <w:lang w:val="pl-PL"/>
        </w:rPr>
        <w:t>:</w:t>
      </w:r>
    </w:p>
    <w:p w14:paraId="28EDE7DA" w14:textId="1EDF4CDD" w:rsidR="00B61A0B" w:rsidRPr="00BF30E3" w:rsidRDefault="00000000">
      <w:pPr>
        <w:ind w:left="547" w:hanging="259"/>
        <w:rPr>
          <w:lang w:val="pl-PL"/>
        </w:rPr>
      </w:pPr>
      <w:r w:rsidRPr="00BF30E3">
        <w:rPr>
          <w:lang w:val="pl-PL"/>
        </w:rPr>
        <w:t xml:space="preserve">a) Targi Kielce Spółka Akcyjna z siedzibą w Kielcach, ul. Zakładowa 1, 25-672 Kielce, wpisana do rejestru przedsiębiorców Krajowego Rejestru Sądowego, prowadzonego przez Sąd Rejonowy w Kielcach, X Wydział Gospodarczy Krajowego Rejestru Sądowego pod numerem KRS: 0000352242, NIP: 6570309803, REGON: 290036480, BDO: 000215403, kapitał zakładowy </w:t>
      </w:r>
      <w:r w:rsidR="00E62D3A">
        <w:rPr>
          <w:lang w:val="pl-PL"/>
        </w:rPr>
        <w:t xml:space="preserve">81 454 </w:t>
      </w:r>
      <w:r w:rsidRPr="00BF30E3">
        <w:rPr>
          <w:lang w:val="pl-PL"/>
        </w:rPr>
        <w:t>900,00 zł, w całości wpłacony;</w:t>
      </w:r>
    </w:p>
    <w:p w14:paraId="49E46D7D" w14:textId="77777777" w:rsidR="00B61A0B" w:rsidRPr="00BF30E3" w:rsidRDefault="00000000">
      <w:pPr>
        <w:rPr>
          <w:lang w:val="pl-PL"/>
        </w:rPr>
      </w:pPr>
      <w:r w:rsidRPr="00BF30E3">
        <w:rPr>
          <w:lang w:val="pl-PL"/>
        </w:rPr>
        <w:t>(dalej jako: „Organizator”).</w:t>
      </w:r>
    </w:p>
    <w:p w14:paraId="5B491F56" w14:textId="77777777" w:rsidR="00B61A0B" w:rsidRPr="00BF30E3" w:rsidRDefault="00000000">
      <w:pPr>
        <w:ind w:left="259" w:hanging="259"/>
        <w:rPr>
          <w:lang w:val="pl-PL"/>
        </w:rPr>
      </w:pPr>
      <w:r w:rsidRPr="00BF30E3">
        <w:rPr>
          <w:lang w:val="pl-PL"/>
        </w:rPr>
        <w:t>2. Sponsorami Nagród w Konkursie jest Organizator.</w:t>
      </w:r>
    </w:p>
    <w:p w14:paraId="1F4418A9" w14:textId="77777777" w:rsidR="00B61A0B" w:rsidRPr="00BF30E3" w:rsidRDefault="00000000">
      <w:pPr>
        <w:ind w:left="259" w:hanging="259"/>
        <w:rPr>
          <w:lang w:val="pl-PL"/>
        </w:rPr>
      </w:pPr>
      <w:r w:rsidRPr="00BF30E3">
        <w:rPr>
          <w:lang w:val="pl-PL"/>
        </w:rPr>
        <w:t>3. Konkurs jest organizowany na terytorium Rzeczypospolitej Polskiej w związku z wydarzeniem III Międzynarodowe Targi Pszczelarskie oraz Festiwal Produktów Pszczelich, które odbędzie się w Targach Kielce w dniach 17–18 kwietnia 2027 r.</w:t>
      </w:r>
    </w:p>
    <w:p w14:paraId="1272CCE3" w14:textId="77777777" w:rsidR="00B61A0B" w:rsidRPr="00BF30E3" w:rsidRDefault="00000000">
      <w:pPr>
        <w:ind w:left="259" w:hanging="259"/>
        <w:rPr>
          <w:lang w:val="pl-PL"/>
        </w:rPr>
      </w:pPr>
      <w:r w:rsidRPr="00BF30E3">
        <w:rPr>
          <w:lang w:val="pl-PL"/>
        </w:rPr>
        <w:t>4. Konkurs jest prowadzony przy pomocy oficjalnego profilu wydarzenia III Międzynarodowe Targi Pszczelarskie oraz Festiwal Produktów Pszczelich w serwisie Facebook, którego właścicielem jest firma Meta pod adresem: https://www.facebook.com/expo2bee/.</w:t>
      </w:r>
    </w:p>
    <w:p w14:paraId="592ACA80" w14:textId="046FB52A" w:rsidR="00B61A0B" w:rsidRPr="00BF30E3" w:rsidRDefault="00000000">
      <w:pPr>
        <w:ind w:left="259" w:hanging="259"/>
        <w:rPr>
          <w:lang w:val="pl-PL"/>
        </w:rPr>
      </w:pPr>
      <w:r w:rsidRPr="00BF30E3">
        <w:rPr>
          <w:lang w:val="pl-PL"/>
        </w:rPr>
        <w:t>7. Organizator oświadcza, że Konkurs nie jest w żaden sposób sponsorowany, popierany przez firmę Meta, ani też nie jest przez nią administrowany, ani w żaden sposób kojarzony. Organizator zwalnia firmę Meta z wszelkiej odpowiedzialności za zorganizowanie i przeprowadzenie Konkursu.</w:t>
      </w:r>
    </w:p>
    <w:p w14:paraId="59A76684" w14:textId="77777777" w:rsidR="00B61A0B" w:rsidRPr="00BF30E3" w:rsidRDefault="00000000">
      <w:pPr>
        <w:ind w:left="259" w:hanging="259"/>
        <w:rPr>
          <w:lang w:val="pl-PL"/>
        </w:rPr>
      </w:pPr>
      <w:r w:rsidRPr="00BF30E3">
        <w:rPr>
          <w:lang w:val="pl-PL"/>
        </w:rPr>
        <w:t>8. Każdy Uczestnik Konkursu przystępując do Konkursu oświadcza, że:</w:t>
      </w:r>
    </w:p>
    <w:p w14:paraId="0614C3E0" w14:textId="77777777" w:rsidR="00B61A0B" w:rsidRPr="00BF30E3" w:rsidRDefault="00000000">
      <w:pPr>
        <w:ind w:left="547" w:hanging="259"/>
        <w:rPr>
          <w:lang w:val="pl-PL"/>
        </w:rPr>
      </w:pPr>
      <w:r w:rsidRPr="00BF30E3">
        <w:rPr>
          <w:lang w:val="pl-PL"/>
        </w:rPr>
        <w:t>a) całkowicie zwalnia firmę Meta z odpowiedzialności za Konkurs;</w:t>
      </w:r>
    </w:p>
    <w:p w14:paraId="65AB2DC2" w14:textId="77777777" w:rsidR="00B61A0B" w:rsidRPr="00BF30E3" w:rsidRDefault="00000000">
      <w:pPr>
        <w:ind w:left="547" w:hanging="259"/>
        <w:rPr>
          <w:lang w:val="pl-PL"/>
        </w:rPr>
      </w:pPr>
      <w:r w:rsidRPr="00BF30E3">
        <w:rPr>
          <w:lang w:val="pl-PL"/>
        </w:rPr>
        <w:t>b) przyjmuje do wiadomości i potwierdza, że Konkurs w żadnym wypadku nie jest sponsorowany, popierany przez firmę Meta ani też nie jest przez nią administrowany, ani w żaden sposób z nią kojarzony.</w:t>
      </w:r>
    </w:p>
    <w:p w14:paraId="73074CF5" w14:textId="77777777" w:rsidR="00B61A0B" w:rsidRPr="00BF30E3" w:rsidRDefault="00000000">
      <w:pPr>
        <w:pStyle w:val="Nagwek1"/>
        <w:rPr>
          <w:lang w:val="pl-PL"/>
        </w:rPr>
      </w:pPr>
      <w:r w:rsidRPr="00BF30E3">
        <w:rPr>
          <w:lang w:val="pl-PL"/>
        </w:rPr>
        <w:t>§ 2  Uczestnicy Konkursu</w:t>
      </w:r>
    </w:p>
    <w:p w14:paraId="7A2038E7" w14:textId="77777777" w:rsidR="00B61A0B" w:rsidRPr="00BF30E3" w:rsidRDefault="00000000">
      <w:pPr>
        <w:ind w:left="259" w:hanging="259"/>
        <w:rPr>
          <w:lang w:val="pl-PL"/>
        </w:rPr>
      </w:pPr>
      <w:r w:rsidRPr="00BF30E3">
        <w:rPr>
          <w:lang w:val="pl-PL"/>
        </w:rPr>
        <w:t>1. W Konkursie mogą brać udział osoby fizyczne, które:</w:t>
      </w:r>
    </w:p>
    <w:p w14:paraId="4133F752" w14:textId="77777777" w:rsidR="00B61A0B" w:rsidRPr="00BF30E3" w:rsidRDefault="00000000">
      <w:pPr>
        <w:ind w:left="547" w:hanging="259"/>
        <w:rPr>
          <w:lang w:val="pl-PL"/>
        </w:rPr>
      </w:pPr>
      <w:r w:rsidRPr="00BF30E3">
        <w:rPr>
          <w:lang w:val="pl-PL"/>
        </w:rPr>
        <w:t>a) najpóźniej w dniu rozpoczęcia Konkursu ukończyły 18 lat;</w:t>
      </w:r>
    </w:p>
    <w:p w14:paraId="01A3D2F2" w14:textId="77777777" w:rsidR="00B61A0B" w:rsidRPr="00BF30E3" w:rsidRDefault="00000000">
      <w:pPr>
        <w:ind w:left="547" w:hanging="259"/>
        <w:rPr>
          <w:lang w:val="pl-PL"/>
        </w:rPr>
      </w:pPr>
      <w:r w:rsidRPr="00BF30E3">
        <w:rPr>
          <w:lang w:val="pl-PL"/>
        </w:rPr>
        <w:t>b) w dniu dokonania zgłoszenia do Konkursu posiadają miejsce stałego zamieszkania na terytorium Rzeczypospolitej Polskiej.</w:t>
      </w:r>
    </w:p>
    <w:p w14:paraId="04E02C57" w14:textId="34F6230C" w:rsidR="00B61A0B" w:rsidRPr="00BF30E3" w:rsidRDefault="00000000">
      <w:pPr>
        <w:ind w:left="259" w:hanging="259"/>
        <w:rPr>
          <w:lang w:val="pl-PL"/>
        </w:rPr>
      </w:pPr>
      <w:r w:rsidRPr="00BF30E3">
        <w:rPr>
          <w:lang w:val="pl-PL"/>
        </w:rPr>
        <w:t>2. Uczestnikiem Konkursu nie może być: osoba wchodząca w skład Komisji Konkursowej, aktualny pracownik lub przedstawiciel Organizator</w:t>
      </w:r>
      <w:r w:rsidR="00E62D3A">
        <w:rPr>
          <w:lang w:val="pl-PL"/>
        </w:rPr>
        <w:t xml:space="preserve">a </w:t>
      </w:r>
      <w:r w:rsidRPr="00BF30E3">
        <w:rPr>
          <w:lang w:val="pl-PL"/>
        </w:rPr>
        <w:t>lub innych podmiotów biorących bezpośredni udział w przygotowaniu i przeprowadzeniu Konkursu oraz małżonkowie, rodzeństwo, rodzice i dzieci wszystkich wyżej wymienionych osób. Ewentualne wątpliwości w zakresie prawa do uczestniczenia w Konkursie rozstrzyga Komisja Konkursowa.</w:t>
      </w:r>
    </w:p>
    <w:p w14:paraId="2711AF58" w14:textId="77777777" w:rsidR="00B61A0B" w:rsidRPr="00BF30E3" w:rsidRDefault="00000000">
      <w:pPr>
        <w:ind w:left="259" w:hanging="259"/>
        <w:rPr>
          <w:lang w:val="pl-PL"/>
        </w:rPr>
      </w:pPr>
      <w:r w:rsidRPr="00BF30E3">
        <w:rPr>
          <w:lang w:val="pl-PL"/>
        </w:rPr>
        <w:t>3. Organizator zastrzega sobie prawo do wykluczenia z udziału w Konkursie Uczestników, których działania są sprzeczne z prawem, niniejszym Regulaminem lub Regulaminem Facebooka.</w:t>
      </w:r>
    </w:p>
    <w:p w14:paraId="6C80889C" w14:textId="77777777" w:rsidR="00B61A0B" w:rsidRPr="00BF30E3" w:rsidRDefault="00000000">
      <w:pPr>
        <w:ind w:left="259" w:hanging="259"/>
        <w:rPr>
          <w:lang w:val="pl-PL"/>
        </w:rPr>
      </w:pPr>
      <w:r w:rsidRPr="00BF30E3">
        <w:rPr>
          <w:lang w:val="pl-PL"/>
        </w:rPr>
        <w:t>4. Udział w Konkursie jest bezpłatny i dobrowolny. Uczestnik może w każdym czasie zrezygnować z udziału w Konkursie.</w:t>
      </w:r>
    </w:p>
    <w:p w14:paraId="1A05A7B9" w14:textId="77777777" w:rsidR="00B61A0B" w:rsidRPr="00BF30E3" w:rsidRDefault="00000000">
      <w:pPr>
        <w:pStyle w:val="Nagwek1"/>
        <w:rPr>
          <w:lang w:val="pl-PL"/>
        </w:rPr>
      </w:pPr>
      <w:r w:rsidRPr="00BF30E3">
        <w:rPr>
          <w:lang w:val="pl-PL"/>
        </w:rPr>
        <w:t>§ 3  Temat Konkursu</w:t>
      </w:r>
    </w:p>
    <w:p w14:paraId="66001462" w14:textId="77777777" w:rsidR="00B61A0B" w:rsidRPr="00BF30E3" w:rsidRDefault="00000000">
      <w:pPr>
        <w:ind w:left="259" w:hanging="259"/>
        <w:rPr>
          <w:lang w:val="pl-PL"/>
        </w:rPr>
      </w:pPr>
      <w:r w:rsidRPr="00BF30E3">
        <w:rPr>
          <w:lang w:val="pl-PL"/>
        </w:rPr>
        <w:t>1. Tematem Konkursu jest pszczoła - rozumiana jako owad, element środowiska naturalnego, symbol bioróżnorodności, pracy i ekologii.</w:t>
      </w:r>
    </w:p>
    <w:p w14:paraId="2C1AEBF0" w14:textId="77777777" w:rsidR="00B61A0B" w:rsidRPr="00BF30E3" w:rsidRDefault="00000000">
      <w:pPr>
        <w:ind w:left="259" w:hanging="259"/>
        <w:rPr>
          <w:lang w:val="pl-PL"/>
        </w:rPr>
      </w:pPr>
      <w:r w:rsidRPr="00BF30E3">
        <w:rPr>
          <w:lang w:val="pl-PL"/>
        </w:rPr>
        <w:lastRenderedPageBreak/>
        <w:t>2. Fotografie konkursowe powinny przedstawiać pszczołę w naturalnym środowisku lub w kontekście przyrody i działalności pszczelarskiej.</w:t>
      </w:r>
    </w:p>
    <w:p w14:paraId="1FDA2517" w14:textId="77777777" w:rsidR="00B61A0B" w:rsidRPr="00BF30E3" w:rsidRDefault="00000000">
      <w:pPr>
        <w:pStyle w:val="Nagwek1"/>
        <w:rPr>
          <w:lang w:val="pl-PL"/>
        </w:rPr>
      </w:pPr>
      <w:r w:rsidRPr="00BF30E3">
        <w:rPr>
          <w:lang w:val="pl-PL"/>
        </w:rPr>
        <w:t>§ 4  Etapy Konkursu</w:t>
      </w:r>
    </w:p>
    <w:p w14:paraId="0ECDA11A" w14:textId="77777777" w:rsidR="00B61A0B" w:rsidRPr="00BF30E3" w:rsidRDefault="00000000">
      <w:pPr>
        <w:ind w:left="259" w:hanging="259"/>
        <w:rPr>
          <w:lang w:val="pl-PL"/>
        </w:rPr>
      </w:pPr>
      <w:r w:rsidRPr="00BF30E3">
        <w:rPr>
          <w:lang w:val="pl-PL"/>
        </w:rPr>
        <w:t>1. I Etap Konkursu obejmuje ogłoszenie Konkursu i nadsyłanie fotografii konkursowych w okresie od 15 lutego 2027 roku do 15 marca 2027 roku.</w:t>
      </w:r>
    </w:p>
    <w:p w14:paraId="01AA0956" w14:textId="77777777" w:rsidR="00B61A0B" w:rsidRPr="00BF30E3" w:rsidRDefault="00000000">
      <w:pPr>
        <w:ind w:left="259" w:hanging="259"/>
        <w:rPr>
          <w:lang w:val="pl-PL"/>
        </w:rPr>
      </w:pPr>
      <w:r w:rsidRPr="00BF30E3">
        <w:rPr>
          <w:lang w:val="pl-PL"/>
        </w:rPr>
        <w:t>2. II Etap obejmuje wyłonienie 10 fotografii konkursowych i głosowanie na najlepszą fotografię konkursową na oficjalnym profilu wydarzenia III Międzynarodowe Targi Pszczelarskie oraz Festiwal Produktów Pszczelich w serwisie Facebook. II Etap Konkursu nastąpi w okresie od 15 marca 2027 roku do 31 marca 2027 roku.</w:t>
      </w:r>
    </w:p>
    <w:p w14:paraId="7334E621" w14:textId="77777777" w:rsidR="00B61A0B" w:rsidRPr="00BF30E3" w:rsidRDefault="00000000">
      <w:pPr>
        <w:pStyle w:val="Nagwek1"/>
        <w:rPr>
          <w:lang w:val="pl-PL"/>
        </w:rPr>
      </w:pPr>
      <w:r w:rsidRPr="00BF30E3">
        <w:rPr>
          <w:lang w:val="pl-PL"/>
        </w:rPr>
        <w:t>§ 5  I Etap Konkursu</w:t>
      </w:r>
    </w:p>
    <w:p w14:paraId="4F6D818A" w14:textId="77777777" w:rsidR="00B61A0B" w:rsidRPr="00BF30E3" w:rsidRDefault="00000000">
      <w:pPr>
        <w:ind w:left="259" w:hanging="259"/>
        <w:rPr>
          <w:lang w:val="pl-PL"/>
        </w:rPr>
      </w:pPr>
      <w:r w:rsidRPr="00BF30E3">
        <w:rPr>
          <w:lang w:val="pl-PL"/>
        </w:rPr>
        <w:t>1. W celu zgłoszenia udziału w Konkursie Uczestnik w okresie od dnia 15 lutego 2027 roku do dnia 15 marca 2027 roku musi przesłać na adres e-mail: konkurs.fotograficzny@targikielce.pl</w:t>
      </w:r>
    </w:p>
    <w:p w14:paraId="370F72C2" w14:textId="77777777" w:rsidR="00B61A0B" w:rsidRPr="00BF30E3" w:rsidRDefault="00000000">
      <w:pPr>
        <w:ind w:left="547" w:hanging="259"/>
        <w:rPr>
          <w:lang w:val="pl-PL"/>
        </w:rPr>
      </w:pPr>
      <w:r w:rsidRPr="00BF30E3">
        <w:rPr>
          <w:lang w:val="pl-PL"/>
        </w:rPr>
        <w:t>a) jedną fotografię konkursową wykonaną przez Uczestnika zgodną z tematem Konkursu. Zdjęcie przesłane przez Uczestnika musi być zapisane w formacie JPG lub PNG. Maksymalny rozmiar zdjęcia nie może przekraczać 50 MB;</w:t>
      </w:r>
    </w:p>
    <w:p w14:paraId="66B25E55" w14:textId="77777777" w:rsidR="00B61A0B" w:rsidRPr="00BF30E3" w:rsidRDefault="00000000">
      <w:pPr>
        <w:ind w:left="547" w:hanging="259"/>
        <w:rPr>
          <w:lang w:val="pl-PL"/>
        </w:rPr>
      </w:pPr>
      <w:r w:rsidRPr="00BF30E3">
        <w:rPr>
          <w:lang w:val="pl-PL"/>
        </w:rPr>
        <w:t>b) podpisany formularz zgłoszeniowy, który stanowi załącznik nr 1 do niniejszego Regulaminu.</w:t>
      </w:r>
    </w:p>
    <w:p w14:paraId="63D9C542" w14:textId="77777777" w:rsidR="00B61A0B" w:rsidRPr="00BF30E3" w:rsidRDefault="00000000">
      <w:pPr>
        <w:ind w:left="259" w:hanging="259"/>
        <w:rPr>
          <w:lang w:val="pl-PL"/>
        </w:rPr>
      </w:pPr>
      <w:r w:rsidRPr="00BF30E3">
        <w:rPr>
          <w:lang w:val="pl-PL"/>
        </w:rPr>
        <w:t>2. Przesłana fotografia konkursowa musi być wolna od wad prawnych, nie może naruszać norm społecznych oraz zawierać treści powszechnie uznawanych za obraźliwe.</w:t>
      </w:r>
    </w:p>
    <w:p w14:paraId="347161C6" w14:textId="77777777" w:rsidR="00B61A0B" w:rsidRPr="00BF30E3" w:rsidRDefault="00000000">
      <w:pPr>
        <w:ind w:left="259" w:hanging="259"/>
        <w:rPr>
          <w:lang w:val="pl-PL"/>
        </w:rPr>
      </w:pPr>
      <w:r w:rsidRPr="00BF30E3">
        <w:rPr>
          <w:lang w:val="pl-PL"/>
        </w:rPr>
        <w:t>3. Każdy Uczestnik może wysłać tylko jedno zgłoszenie. Niedopuszczalne jest:</w:t>
      </w:r>
    </w:p>
    <w:p w14:paraId="7CC0B8E0" w14:textId="77777777" w:rsidR="00B61A0B" w:rsidRPr="00BF30E3" w:rsidRDefault="00000000">
      <w:pPr>
        <w:ind w:left="547" w:hanging="259"/>
        <w:rPr>
          <w:lang w:val="pl-PL"/>
        </w:rPr>
      </w:pPr>
      <w:r w:rsidRPr="00BF30E3">
        <w:rPr>
          <w:lang w:val="pl-PL"/>
        </w:rPr>
        <w:t>a) wysłanie do Konkursu kilku zgłoszeń przez jednego Uczestnika;</w:t>
      </w:r>
    </w:p>
    <w:p w14:paraId="08816250" w14:textId="0F7BFF33" w:rsidR="00B61A0B" w:rsidRPr="00BF30E3" w:rsidRDefault="00000000">
      <w:pPr>
        <w:ind w:left="547" w:hanging="259"/>
        <w:rPr>
          <w:lang w:val="pl-PL"/>
        </w:rPr>
      </w:pPr>
      <w:r w:rsidRPr="00BF30E3">
        <w:rPr>
          <w:lang w:val="pl-PL"/>
        </w:rPr>
        <w:t>b) przesłanie tego samego zdjęcia przez kil</w:t>
      </w:r>
      <w:r w:rsidR="00E62D3A">
        <w:rPr>
          <w:lang w:val="pl-PL"/>
        </w:rPr>
        <w:t>k</w:t>
      </w:r>
      <w:r w:rsidRPr="00BF30E3">
        <w:rPr>
          <w:lang w:val="pl-PL"/>
        </w:rPr>
        <w:t>u Uczestników.</w:t>
      </w:r>
    </w:p>
    <w:p w14:paraId="66A55121" w14:textId="77777777" w:rsidR="00B61A0B" w:rsidRPr="00BF30E3" w:rsidRDefault="00000000">
      <w:pPr>
        <w:ind w:left="259" w:hanging="259"/>
        <w:rPr>
          <w:lang w:val="pl-PL"/>
        </w:rPr>
      </w:pPr>
      <w:r w:rsidRPr="00BF30E3">
        <w:rPr>
          <w:lang w:val="pl-PL"/>
        </w:rPr>
        <w:t>4. Aby wziąć udział w Konkursie należy spełnić wszystkie wymagania wskazane w ust. 1 - 3. Organizator zastrzega sobie prawo nieuwzględnienia zgłoszeń niespełniających któregokolwiek z wymagań wskazanych w ust. 1 - 3. Organizator nie ponoszą odpowiedzialności za jakiekolwiek problemy techniczne leżące po stronie Uczestnika, mające wpływ na niewypełnienie warunków uczestnictwa w Konkursie.</w:t>
      </w:r>
    </w:p>
    <w:p w14:paraId="6F26566C" w14:textId="77777777" w:rsidR="00B61A0B" w:rsidRPr="00BF30E3" w:rsidRDefault="00000000">
      <w:pPr>
        <w:ind w:left="259" w:hanging="259"/>
        <w:rPr>
          <w:lang w:val="pl-PL"/>
        </w:rPr>
      </w:pPr>
      <w:r w:rsidRPr="00BF30E3">
        <w:rPr>
          <w:lang w:val="pl-PL"/>
        </w:rPr>
        <w:t>5. Przystępując do Konkursu, Uczestnik oświadcza, że:</w:t>
      </w:r>
    </w:p>
    <w:p w14:paraId="2CCE5B9B" w14:textId="77777777" w:rsidR="00B61A0B" w:rsidRPr="00BF30E3" w:rsidRDefault="00000000">
      <w:pPr>
        <w:ind w:left="547" w:hanging="259"/>
        <w:rPr>
          <w:lang w:val="pl-PL"/>
        </w:rPr>
      </w:pPr>
      <w:r w:rsidRPr="00BF30E3">
        <w:rPr>
          <w:lang w:val="pl-PL"/>
        </w:rPr>
        <w:t>a) akceptuje warunki Regulaminu Konkursu;</w:t>
      </w:r>
    </w:p>
    <w:p w14:paraId="039D1238" w14:textId="77777777" w:rsidR="00B61A0B" w:rsidRPr="00BF30E3" w:rsidRDefault="00000000">
      <w:pPr>
        <w:ind w:left="547" w:hanging="259"/>
        <w:rPr>
          <w:lang w:val="pl-PL"/>
        </w:rPr>
      </w:pPr>
      <w:r w:rsidRPr="00BF30E3">
        <w:rPr>
          <w:lang w:val="pl-PL"/>
        </w:rPr>
        <w:t>b) jest autorem wykonanej pracy fotografii konkursowej oraz oświadcza, że wykonana przez niego fotografia konkursowa jest wolna od wad prawnych i nie narusza żadnych praw osób trzecich, w tym praw autorskich lub praw pokrewnych, jak również dóbr osobistych osób trzecich, a Uczestnik posiada wszelkie i niczym nieograniczone prawa autorskie i prawa zależne do wykonanej fotografii konkursowej;</w:t>
      </w:r>
    </w:p>
    <w:p w14:paraId="3BD097B4" w14:textId="77777777" w:rsidR="00B61A0B" w:rsidRPr="00BF30E3" w:rsidRDefault="00000000">
      <w:pPr>
        <w:ind w:left="547" w:hanging="259"/>
        <w:rPr>
          <w:lang w:val="pl-PL"/>
        </w:rPr>
      </w:pPr>
      <w:r w:rsidRPr="00BF30E3">
        <w:rPr>
          <w:lang w:val="pl-PL"/>
        </w:rPr>
        <w:t>c) wyraża zgodę na publikację przez Organizatora swojego imienia, nazwiska oraz fotografii konkursowej w serwisie Facebook oraz na innych stronach internetowych w celach związanych z realizacją Konkursu oraz ogłoszeniem wyników Konkursu;</w:t>
      </w:r>
    </w:p>
    <w:p w14:paraId="4C58B86B" w14:textId="77777777" w:rsidR="00B61A0B" w:rsidRPr="00BF30E3" w:rsidRDefault="00000000">
      <w:pPr>
        <w:ind w:left="547" w:hanging="259"/>
        <w:rPr>
          <w:lang w:val="pl-PL"/>
        </w:rPr>
      </w:pPr>
      <w:r w:rsidRPr="00BF30E3">
        <w:rPr>
          <w:lang w:val="pl-PL"/>
        </w:rPr>
        <w:t>d) nieodpłatnie udziela Organizatorowi licencji niewyłącznej do fotografii konkursowej bez ograniczeń czasowych i terytorialnych na następujących polach eksploatacji: korzystanie z fotografii konkursowej, utrwalanie i zwielokrotnianie fotografii konkursowej, w tym wytwarzanie techniką drukarską, reprograficzną, zapisu magnetycznego, techniką cyfrową, oraz rozpowszechnianie fotografii konkursowej, w tym publiczne wystawienie, wyświetlenie, a także publiczne udostępnienie fotografii konkursowej w taki sposób, aby każdy mógł mieć do niego dostęp w miejscu i w czasie przez siebie wybranym, w szczególności poprzez jego udostępnienie na stronie internetowej i w mediach społecznościowych Organizatora oraz w celach marketingowych i promocyjnych Organizatora.</w:t>
      </w:r>
    </w:p>
    <w:p w14:paraId="02A7CD85" w14:textId="77777777" w:rsidR="00B61A0B" w:rsidRPr="00BF30E3" w:rsidRDefault="00000000">
      <w:pPr>
        <w:ind w:left="259" w:hanging="259"/>
        <w:rPr>
          <w:lang w:val="pl-PL"/>
        </w:rPr>
      </w:pPr>
      <w:r w:rsidRPr="00BF30E3">
        <w:rPr>
          <w:lang w:val="pl-PL"/>
        </w:rPr>
        <w:t>6. Każdy Uczestnik przyjmuje na siebie pełną odpowiedzialność w przypadku zgłoszenia roszczeń osób trzecich dotyczących naruszenia przez Uczestnika praw autorskich, praw pokrewnych, naruszenia dóbr osobistych, jak również wszelkich innych roszczeń dotyczących fotografii konkursowej.</w:t>
      </w:r>
    </w:p>
    <w:p w14:paraId="7A842953" w14:textId="77777777" w:rsidR="00B61A0B" w:rsidRPr="00BF30E3" w:rsidRDefault="00000000">
      <w:pPr>
        <w:pStyle w:val="Nagwek1"/>
        <w:rPr>
          <w:lang w:val="pl-PL"/>
        </w:rPr>
      </w:pPr>
      <w:r w:rsidRPr="00BF30E3">
        <w:rPr>
          <w:lang w:val="pl-PL"/>
        </w:rPr>
        <w:lastRenderedPageBreak/>
        <w:t>§ 6  II Etap Konkursu</w:t>
      </w:r>
    </w:p>
    <w:p w14:paraId="3B325655" w14:textId="77777777" w:rsidR="00B61A0B" w:rsidRPr="00BF30E3" w:rsidRDefault="00000000">
      <w:pPr>
        <w:ind w:left="259" w:hanging="259"/>
        <w:rPr>
          <w:lang w:val="pl-PL"/>
        </w:rPr>
      </w:pPr>
      <w:r w:rsidRPr="00BF30E3">
        <w:rPr>
          <w:lang w:val="pl-PL"/>
        </w:rPr>
        <w:t>1. Spośród nadesłanych fotografii konkursowych Komisja Konkursowa wybierze 10 fotografii konkursowych, które z zostaną zakwalifikowane do II Etapu Konkursu. Komisja Konkursowa podczas podejmowania decyzji będzie brała pod uwagę oryginalność i estetykę fotografii konkursowej.</w:t>
      </w:r>
    </w:p>
    <w:p w14:paraId="1526CB21" w14:textId="77777777" w:rsidR="00B61A0B" w:rsidRPr="00BF30E3" w:rsidRDefault="00000000">
      <w:pPr>
        <w:ind w:left="259" w:hanging="259"/>
        <w:rPr>
          <w:lang w:val="pl-PL"/>
        </w:rPr>
      </w:pPr>
      <w:r w:rsidRPr="00BF30E3">
        <w:rPr>
          <w:lang w:val="pl-PL"/>
        </w:rPr>
        <w:t>2. Fotografie konkursowe zakwalifikowane do II Etapu Konkursu zostaną opublikowane na oficjalnym profilu wydarzenia III Międzynarodowe Targi Pszczelarskie oraz Festiwal Produktów Pszczelich w serwisie Facebook.</w:t>
      </w:r>
    </w:p>
    <w:p w14:paraId="0C4B7913" w14:textId="77777777" w:rsidR="00B61A0B" w:rsidRPr="00BF30E3" w:rsidRDefault="00000000">
      <w:pPr>
        <w:ind w:left="259" w:hanging="259"/>
        <w:rPr>
          <w:lang w:val="pl-PL"/>
        </w:rPr>
      </w:pPr>
      <w:r w:rsidRPr="00BF30E3">
        <w:rPr>
          <w:lang w:val="pl-PL"/>
        </w:rPr>
        <w:t>3. Użytkownicy portalu społecznościowego Facebook będą mogli oznacza fotografią konkursowe reakcją polubienia.</w:t>
      </w:r>
    </w:p>
    <w:p w14:paraId="46707756" w14:textId="77777777" w:rsidR="00B61A0B" w:rsidRPr="00BF30E3" w:rsidRDefault="00000000">
      <w:pPr>
        <w:ind w:left="259" w:hanging="259"/>
        <w:rPr>
          <w:lang w:val="pl-PL"/>
        </w:rPr>
      </w:pPr>
      <w:r w:rsidRPr="00BF30E3">
        <w:rPr>
          <w:lang w:val="pl-PL"/>
        </w:rPr>
        <w:t>4. Za jedno polubienie pod fotografią konkursową Komisja Konkursowa przyzna jeden punkt. Komisja Konkursowa przy obliczaniu punktów nie będzie uwzględniała polubień budzących wątpliwości, w szczególności polubień dokonanych przez fałszywe profile założone w portalu społecznościowym Facebook.</w:t>
      </w:r>
    </w:p>
    <w:p w14:paraId="639F093D" w14:textId="77777777" w:rsidR="00B61A0B" w:rsidRPr="00BF30E3" w:rsidRDefault="00000000">
      <w:pPr>
        <w:ind w:left="259" w:hanging="259"/>
        <w:rPr>
          <w:lang w:val="pl-PL"/>
        </w:rPr>
      </w:pPr>
      <w:r w:rsidRPr="00BF30E3">
        <w:rPr>
          <w:lang w:val="pl-PL"/>
        </w:rPr>
        <w:t>5. Pierwszym Laureatem Konkursu zostanie osoba, której fotografia konkursowa zbierze najwięcej punktów.</w:t>
      </w:r>
    </w:p>
    <w:p w14:paraId="673251AF" w14:textId="77777777" w:rsidR="00B61A0B" w:rsidRPr="00BF30E3" w:rsidRDefault="00000000">
      <w:pPr>
        <w:ind w:left="259" w:hanging="259"/>
        <w:rPr>
          <w:lang w:val="pl-PL"/>
        </w:rPr>
      </w:pPr>
      <w:r w:rsidRPr="00BF30E3">
        <w:rPr>
          <w:lang w:val="pl-PL"/>
        </w:rPr>
        <w:t>6. Drugim Laureatem Konkursu zostanie osoba, której fotografia konkursowa zbierze drugą największą ilość punktów.</w:t>
      </w:r>
    </w:p>
    <w:p w14:paraId="10748F54" w14:textId="77777777" w:rsidR="00B61A0B" w:rsidRPr="00BF30E3" w:rsidRDefault="00000000">
      <w:pPr>
        <w:ind w:left="259" w:hanging="259"/>
        <w:rPr>
          <w:lang w:val="pl-PL"/>
        </w:rPr>
      </w:pPr>
      <w:r w:rsidRPr="00BF30E3">
        <w:rPr>
          <w:lang w:val="pl-PL"/>
        </w:rPr>
        <w:t>7. Trzecim Laureatem Konkursu zostanie osoba, której fotografia konkursowa zbierze trzecią największą ilość punktów.</w:t>
      </w:r>
    </w:p>
    <w:p w14:paraId="62AB3A71" w14:textId="77777777" w:rsidR="00B61A0B" w:rsidRPr="00BF30E3" w:rsidRDefault="00000000">
      <w:pPr>
        <w:ind w:left="259" w:hanging="259"/>
        <w:rPr>
          <w:lang w:val="pl-PL"/>
        </w:rPr>
      </w:pPr>
      <w:r w:rsidRPr="00BF30E3">
        <w:rPr>
          <w:lang w:val="pl-PL"/>
        </w:rPr>
        <w:t>8. W przypadku, gdy kilku Uczestników otrzyma taką samą liczbę punktów Laureatów Konkursu wyłoni Komisja Konkursowa spośród Uczestników, którzy uzyskali tą samą liczbę punktów, biorąc pod uwagę oryginalność i estetykę fotografii konkursowych.</w:t>
      </w:r>
    </w:p>
    <w:p w14:paraId="5DEDF257" w14:textId="77777777" w:rsidR="00B61A0B" w:rsidRPr="00BF30E3" w:rsidRDefault="00000000">
      <w:pPr>
        <w:ind w:left="259" w:hanging="259"/>
        <w:rPr>
          <w:lang w:val="pl-PL"/>
        </w:rPr>
      </w:pPr>
      <w:r w:rsidRPr="00BF30E3">
        <w:rPr>
          <w:lang w:val="pl-PL"/>
        </w:rPr>
        <w:t>9. Komisja Konkursowa dokona weryfikacji liczby polubień oraz wyłoni Laureatów Konkursu do dnia 1 kwietnia 2027 roku.</w:t>
      </w:r>
    </w:p>
    <w:p w14:paraId="0C76E606" w14:textId="42F897D6" w:rsidR="00B61A0B" w:rsidRPr="00BF30E3" w:rsidRDefault="00000000">
      <w:pPr>
        <w:ind w:left="259" w:hanging="259"/>
        <w:rPr>
          <w:lang w:val="pl-PL"/>
        </w:rPr>
      </w:pPr>
      <w:r w:rsidRPr="00BF30E3">
        <w:rPr>
          <w:lang w:val="pl-PL"/>
        </w:rPr>
        <w:t>10. Organizator zastrzega</w:t>
      </w:r>
      <w:r w:rsidR="00E62D3A">
        <w:rPr>
          <w:lang w:val="pl-PL"/>
        </w:rPr>
        <w:t xml:space="preserve"> sobie</w:t>
      </w:r>
      <w:r w:rsidRPr="00BF30E3">
        <w:rPr>
          <w:lang w:val="pl-PL"/>
        </w:rPr>
        <w:t xml:space="preserve"> prawo do moderowania treści na Facebooku związanej z Konkursem, w tym usuwania odpowiedzi, opisów, komentarzy dodawanych przez Uczestników i inne osoby, jeżeli w odczuciu Organizator</w:t>
      </w:r>
      <w:r w:rsidR="00E62D3A">
        <w:rPr>
          <w:lang w:val="pl-PL"/>
        </w:rPr>
        <w:t>a</w:t>
      </w:r>
      <w:r w:rsidRPr="00BF30E3">
        <w:rPr>
          <w:lang w:val="pl-PL"/>
        </w:rPr>
        <w:t xml:space="preserve"> mogą być one sprzeczne z prawem, niniejszym Regulaminem, regulaminem portalu Facebook, dobrymi obyczajami, obrażają uczucia lub prawa osób trzecich, naruszają interes lub dobre imię Organizator</w:t>
      </w:r>
      <w:r w:rsidR="00E62D3A">
        <w:rPr>
          <w:lang w:val="pl-PL"/>
        </w:rPr>
        <w:t>a</w:t>
      </w:r>
      <w:r w:rsidRPr="00BF30E3">
        <w:rPr>
          <w:lang w:val="pl-PL"/>
        </w:rPr>
        <w:t>, bądź podmiotów niezwiązanych z Konkursem.</w:t>
      </w:r>
    </w:p>
    <w:p w14:paraId="486335AB" w14:textId="77777777" w:rsidR="00B61A0B" w:rsidRPr="00BF30E3" w:rsidRDefault="00000000">
      <w:pPr>
        <w:pStyle w:val="Nagwek1"/>
        <w:rPr>
          <w:lang w:val="pl-PL"/>
        </w:rPr>
      </w:pPr>
      <w:r w:rsidRPr="00BF30E3">
        <w:rPr>
          <w:lang w:val="pl-PL"/>
        </w:rPr>
        <w:t>§ 7  Komisja Konkursowa</w:t>
      </w:r>
    </w:p>
    <w:p w14:paraId="210EB185" w14:textId="16D91C6D" w:rsidR="00B61A0B" w:rsidRPr="00BF30E3" w:rsidRDefault="00000000">
      <w:pPr>
        <w:ind w:left="259" w:hanging="259"/>
        <w:rPr>
          <w:lang w:val="pl-PL"/>
        </w:rPr>
      </w:pPr>
      <w:r w:rsidRPr="00BF30E3">
        <w:rPr>
          <w:lang w:val="pl-PL"/>
        </w:rPr>
        <w:t>1. Celem zapewnienia prawidłowej organizacji i przebiegu Konkursu, a w szczególności w celu dokonania oceny prawidłowości zgłoszeń do Konkursu oraz wyłonienia laureatów Konkursu, Organizator powoła Komisję Konkursową („Komisja Konkursowa”).</w:t>
      </w:r>
    </w:p>
    <w:p w14:paraId="4BBD1155" w14:textId="2B78BACB" w:rsidR="00B61A0B" w:rsidRPr="00BF30E3" w:rsidRDefault="00000000">
      <w:pPr>
        <w:ind w:left="259" w:hanging="259"/>
        <w:rPr>
          <w:lang w:val="pl-PL"/>
        </w:rPr>
      </w:pPr>
      <w:r w:rsidRPr="00BF30E3">
        <w:rPr>
          <w:lang w:val="pl-PL"/>
        </w:rPr>
        <w:t>2. W skład Komisji Konkursowej wejdą trzy osoby delegowane przez Organizator</w:t>
      </w:r>
      <w:r w:rsidR="00E62D3A">
        <w:rPr>
          <w:lang w:val="pl-PL"/>
        </w:rPr>
        <w:t>a</w:t>
      </w:r>
      <w:r w:rsidRPr="00BF30E3">
        <w:rPr>
          <w:lang w:val="pl-PL"/>
        </w:rPr>
        <w:t>.</w:t>
      </w:r>
    </w:p>
    <w:p w14:paraId="2F4ED7CD" w14:textId="77777777" w:rsidR="00B61A0B" w:rsidRPr="00BF30E3" w:rsidRDefault="00000000">
      <w:pPr>
        <w:ind w:left="259" w:hanging="259"/>
        <w:rPr>
          <w:lang w:val="pl-PL"/>
        </w:rPr>
      </w:pPr>
      <w:r w:rsidRPr="00BF30E3">
        <w:rPr>
          <w:lang w:val="pl-PL"/>
        </w:rPr>
        <w:t>3. Decyzje Komisji Konkursowej są ostateczne.</w:t>
      </w:r>
    </w:p>
    <w:p w14:paraId="7EB998DA" w14:textId="77777777" w:rsidR="00B61A0B" w:rsidRPr="00BF30E3" w:rsidRDefault="00000000">
      <w:pPr>
        <w:pStyle w:val="Nagwek1"/>
        <w:rPr>
          <w:lang w:val="pl-PL"/>
        </w:rPr>
      </w:pPr>
      <w:r w:rsidRPr="00BF30E3">
        <w:rPr>
          <w:lang w:val="pl-PL"/>
        </w:rPr>
        <w:t>§ 8  Nagrody</w:t>
      </w:r>
    </w:p>
    <w:p w14:paraId="3129EB0B" w14:textId="77777777" w:rsidR="00B61A0B" w:rsidRPr="00BF30E3" w:rsidRDefault="00000000">
      <w:pPr>
        <w:ind w:left="259" w:hanging="259"/>
        <w:rPr>
          <w:lang w:val="pl-PL"/>
        </w:rPr>
      </w:pPr>
      <w:r w:rsidRPr="00BF30E3">
        <w:rPr>
          <w:lang w:val="pl-PL"/>
        </w:rPr>
        <w:t>1. Pierwszy Laureat Konkursu otrzyma:</w:t>
      </w:r>
    </w:p>
    <w:p w14:paraId="302AC49D" w14:textId="77777777" w:rsidR="00B61A0B" w:rsidRPr="00BF30E3" w:rsidRDefault="00000000">
      <w:pPr>
        <w:ind w:left="547" w:hanging="259"/>
        <w:rPr>
          <w:lang w:val="pl-PL"/>
        </w:rPr>
      </w:pPr>
      <w:r w:rsidRPr="00BF30E3">
        <w:rPr>
          <w:lang w:val="pl-PL"/>
        </w:rPr>
        <w:t>a) nagrodę w postaci zamieszczenie fotografii konkursowej na pierwszej stronie magazyny „Pszczelarz Polski” o wartości 2 000,00 zł brutto;</w:t>
      </w:r>
    </w:p>
    <w:p w14:paraId="73C576AD" w14:textId="77777777" w:rsidR="00B61A0B" w:rsidRPr="00BF30E3" w:rsidRDefault="00000000">
      <w:pPr>
        <w:ind w:left="547" w:hanging="259"/>
        <w:rPr>
          <w:lang w:val="pl-PL"/>
        </w:rPr>
      </w:pPr>
      <w:r w:rsidRPr="00BF30E3">
        <w:rPr>
          <w:lang w:val="pl-PL"/>
        </w:rPr>
        <w:t>b) nagrody rzeczowe o wartości 300,00 zł brutto;</w:t>
      </w:r>
    </w:p>
    <w:p w14:paraId="7966BB29" w14:textId="77777777" w:rsidR="00B61A0B" w:rsidRPr="00BF30E3" w:rsidRDefault="00000000">
      <w:pPr>
        <w:ind w:left="547" w:hanging="259"/>
        <w:rPr>
          <w:lang w:val="pl-PL"/>
        </w:rPr>
      </w:pPr>
      <w:r w:rsidRPr="00BF30E3">
        <w:rPr>
          <w:lang w:val="pl-PL"/>
        </w:rPr>
        <w:t>c) dodatkową nagrodę pieniężną przeznaczoną na pokrycie podatku dochodowego od nagród wymienionych w lit. a i b w wysokości 256 zł.</w:t>
      </w:r>
    </w:p>
    <w:p w14:paraId="75271EE2" w14:textId="77777777" w:rsidR="00B61A0B" w:rsidRPr="00BF30E3" w:rsidRDefault="00000000">
      <w:pPr>
        <w:ind w:left="259" w:hanging="259"/>
        <w:rPr>
          <w:lang w:val="pl-PL"/>
        </w:rPr>
      </w:pPr>
      <w:r w:rsidRPr="00BF30E3">
        <w:rPr>
          <w:lang w:val="pl-PL"/>
        </w:rPr>
        <w:t>2. Drugi Laureat Konkursu otrzyma:</w:t>
      </w:r>
    </w:p>
    <w:p w14:paraId="78D8C234" w14:textId="77777777" w:rsidR="00B61A0B" w:rsidRPr="00BF30E3" w:rsidRDefault="00000000">
      <w:pPr>
        <w:ind w:left="547" w:hanging="259"/>
        <w:rPr>
          <w:lang w:val="pl-PL"/>
        </w:rPr>
      </w:pPr>
      <w:r w:rsidRPr="00BF30E3">
        <w:rPr>
          <w:lang w:val="pl-PL"/>
        </w:rPr>
        <w:t>a) nagrody rzeczowe o wartości 200 zł brutto;</w:t>
      </w:r>
    </w:p>
    <w:p w14:paraId="2E9F39B5" w14:textId="77777777" w:rsidR="00B61A0B" w:rsidRPr="00BF30E3" w:rsidRDefault="00000000">
      <w:pPr>
        <w:ind w:left="547" w:hanging="259"/>
        <w:rPr>
          <w:lang w:val="pl-PL"/>
        </w:rPr>
      </w:pPr>
      <w:r w:rsidRPr="00BF30E3">
        <w:rPr>
          <w:lang w:val="pl-PL"/>
        </w:rPr>
        <w:t>b) dodatkową nagrodę pieniężną przeznaczoną na pokrycie podatku dochodowego od nagrody rzeczowej wymienionej w lit. a w wysokości 22 zł.</w:t>
      </w:r>
    </w:p>
    <w:p w14:paraId="2D758F20" w14:textId="77777777" w:rsidR="00B61A0B" w:rsidRPr="00BF30E3" w:rsidRDefault="00000000">
      <w:pPr>
        <w:ind w:left="259" w:hanging="259"/>
        <w:rPr>
          <w:lang w:val="pl-PL"/>
        </w:rPr>
      </w:pPr>
      <w:r w:rsidRPr="00BF30E3">
        <w:rPr>
          <w:lang w:val="pl-PL"/>
        </w:rPr>
        <w:lastRenderedPageBreak/>
        <w:t>3. Trzeci Laureat Konkursu otrzyma:</w:t>
      </w:r>
    </w:p>
    <w:p w14:paraId="12008536" w14:textId="77777777" w:rsidR="00B61A0B" w:rsidRPr="00BF30E3" w:rsidRDefault="00000000">
      <w:pPr>
        <w:ind w:left="547" w:hanging="259"/>
        <w:rPr>
          <w:lang w:val="pl-PL"/>
        </w:rPr>
      </w:pPr>
      <w:r w:rsidRPr="00BF30E3">
        <w:rPr>
          <w:lang w:val="pl-PL"/>
        </w:rPr>
        <w:t>a) nagrody rzeczowe o łącznej wartości 100,00 zł brutto;</w:t>
      </w:r>
    </w:p>
    <w:p w14:paraId="39032024" w14:textId="77777777" w:rsidR="00B61A0B" w:rsidRPr="00BF30E3" w:rsidRDefault="00000000">
      <w:pPr>
        <w:ind w:left="547" w:hanging="259"/>
        <w:rPr>
          <w:lang w:val="pl-PL"/>
        </w:rPr>
      </w:pPr>
      <w:r w:rsidRPr="00BF30E3">
        <w:rPr>
          <w:lang w:val="pl-PL"/>
        </w:rPr>
        <w:t>b) dodatkową nagrodę pieniężną przeznaczoną na pokrycie podatku dochodowego od nagrody rzeczowej wymienionej w lit. a w wysokości 11 zł.</w:t>
      </w:r>
    </w:p>
    <w:p w14:paraId="47F4CF68" w14:textId="77777777" w:rsidR="00B61A0B" w:rsidRPr="00BF30E3" w:rsidRDefault="00000000">
      <w:pPr>
        <w:ind w:left="259" w:hanging="259"/>
        <w:rPr>
          <w:lang w:val="pl-PL"/>
        </w:rPr>
      </w:pPr>
      <w:r w:rsidRPr="00BF30E3">
        <w:rPr>
          <w:lang w:val="pl-PL"/>
        </w:rPr>
        <w:t>4. Uczestnikowi Konkursu nie przysługuje prawo do zastrzeżenia szczególnych właściwości Nagród, do wymiany Nagród na gotówkę lub inną rzecz, ani do przeniesienia uprawnienia do odebrania Nagrody na osoby trzecie.</w:t>
      </w:r>
    </w:p>
    <w:p w14:paraId="15C5A9D1" w14:textId="77777777" w:rsidR="00B61A0B" w:rsidRPr="00BF30E3" w:rsidRDefault="00000000">
      <w:pPr>
        <w:pStyle w:val="Nagwek1"/>
        <w:rPr>
          <w:lang w:val="pl-PL"/>
        </w:rPr>
      </w:pPr>
      <w:r w:rsidRPr="00BF30E3">
        <w:rPr>
          <w:lang w:val="pl-PL"/>
        </w:rPr>
        <w:t>§ 9  Ogłoszenie wyników Konkursu i wydanie Nagród Laureatom</w:t>
      </w:r>
    </w:p>
    <w:p w14:paraId="5B107304" w14:textId="77777777" w:rsidR="00B61A0B" w:rsidRPr="00BF30E3" w:rsidRDefault="00000000">
      <w:pPr>
        <w:ind w:left="259" w:hanging="259"/>
        <w:rPr>
          <w:lang w:val="pl-PL"/>
        </w:rPr>
      </w:pPr>
      <w:r w:rsidRPr="00BF30E3">
        <w:rPr>
          <w:lang w:val="pl-PL"/>
        </w:rPr>
        <w:t>1. Informacja o Laureatach Konkursu zostanie opublikowana przez Organizatora po rozstrzygnięciu Konkursu na profilu wydarzenia III Międzynarodowe Targi Pszczelarskie oraz Festiwal Produktów Pszczelich w serwisie Facebook w dniu 2 kwietnia 2027 roku do godziny 15:00.</w:t>
      </w:r>
    </w:p>
    <w:p w14:paraId="21195438" w14:textId="77777777" w:rsidR="00B61A0B" w:rsidRPr="00BF30E3" w:rsidRDefault="00000000">
      <w:pPr>
        <w:ind w:left="259" w:hanging="259"/>
        <w:rPr>
          <w:lang w:val="pl-PL"/>
        </w:rPr>
      </w:pPr>
      <w:r w:rsidRPr="00BF30E3">
        <w:rPr>
          <w:lang w:val="pl-PL"/>
        </w:rPr>
        <w:t>2. Dodatkowo Laureat zostanie poinformowany o nagrodzie oraz terminie i sposobie odebrania Nagrody poprzez prywatną wiadomość sms przesłaną Laureatowi.</w:t>
      </w:r>
    </w:p>
    <w:p w14:paraId="63C0B42B" w14:textId="3FCDB22B" w:rsidR="00B61A0B" w:rsidRPr="00BF30E3" w:rsidRDefault="00000000">
      <w:pPr>
        <w:ind w:left="259" w:hanging="259"/>
        <w:rPr>
          <w:lang w:val="pl-PL"/>
        </w:rPr>
      </w:pPr>
      <w:r w:rsidRPr="00BF30E3">
        <w:rPr>
          <w:lang w:val="pl-PL"/>
        </w:rPr>
        <w:t>3. Nagrody rzeczowe zostaną wydane Laureatowi Konkursu przez Organizator</w:t>
      </w:r>
      <w:r w:rsidR="00444E72">
        <w:rPr>
          <w:lang w:val="pl-PL"/>
        </w:rPr>
        <w:t>a</w:t>
      </w:r>
      <w:r w:rsidRPr="00BF30E3">
        <w:rPr>
          <w:lang w:val="pl-PL"/>
        </w:rPr>
        <w:t>.</w:t>
      </w:r>
    </w:p>
    <w:p w14:paraId="72CCCEED" w14:textId="74C253C4" w:rsidR="00B61A0B" w:rsidRPr="00BF30E3" w:rsidRDefault="00000000">
      <w:pPr>
        <w:ind w:left="259" w:hanging="259"/>
        <w:rPr>
          <w:lang w:val="pl-PL"/>
        </w:rPr>
      </w:pPr>
      <w:r w:rsidRPr="00BF30E3">
        <w:rPr>
          <w:lang w:val="pl-PL"/>
        </w:rPr>
        <w:t xml:space="preserve">4. Dodatkowa nagroda pieniężne przeznaczona na pokrycie podatku dochodowego od </w:t>
      </w:r>
      <w:r w:rsidR="00444E72">
        <w:rPr>
          <w:lang w:val="pl-PL"/>
        </w:rPr>
        <w:t>N</w:t>
      </w:r>
      <w:r w:rsidRPr="00BF30E3">
        <w:rPr>
          <w:lang w:val="pl-PL"/>
        </w:rPr>
        <w:t>agrody rzeczowej nie zostanie wydana Laureatowi Konkursu, lecz zostanie odprowadzona przez Organizatorów do właściwego urzędu skarbowego zgodnie z obowiązującymi przepisami prawa podatkowego tj. zgodnie z Ustawą o podatku dochodowym od osób fizycznych z dnia 26 lipca 1991 r.</w:t>
      </w:r>
    </w:p>
    <w:p w14:paraId="362B5D39" w14:textId="3629D5CD" w:rsidR="00B61A0B" w:rsidRPr="00BF30E3" w:rsidRDefault="00000000">
      <w:pPr>
        <w:ind w:left="259" w:hanging="259"/>
        <w:rPr>
          <w:lang w:val="pl-PL"/>
        </w:rPr>
      </w:pPr>
      <w:r w:rsidRPr="00BF30E3">
        <w:rPr>
          <w:lang w:val="pl-PL"/>
        </w:rPr>
        <w:t>5. Laureat przy odbiorze Nagrody zobowiązany jest okazać dokument potwierdzający jego tożsamość w celu dokonania poprawnej identyfikacji jego osoby oraz przekazać Organizatoro</w:t>
      </w:r>
      <w:r w:rsidR="00444E72">
        <w:rPr>
          <w:lang w:val="pl-PL"/>
        </w:rPr>
        <w:t>wi</w:t>
      </w:r>
      <w:r w:rsidRPr="00BF30E3">
        <w:rPr>
          <w:lang w:val="pl-PL"/>
        </w:rPr>
        <w:t xml:space="preserve"> wszystkie niezbędne dane osobowe związane z obowiązkiem podatkowym (w szczególności imię, nazwisko, adres zamieszkania, PESEL, właściwy urząd skarbowy). W przypadku odmowy okazania dokumentu tożsamości lub nieprzekazania Organizatoro</w:t>
      </w:r>
      <w:r w:rsidR="00444E72">
        <w:rPr>
          <w:lang w:val="pl-PL"/>
        </w:rPr>
        <w:t>wi</w:t>
      </w:r>
      <w:r w:rsidRPr="00BF30E3">
        <w:rPr>
          <w:lang w:val="pl-PL"/>
        </w:rPr>
        <w:t xml:space="preserve"> wymaganych danych osobowych Nagroda nie zostanie wydana.</w:t>
      </w:r>
    </w:p>
    <w:p w14:paraId="38A428C0" w14:textId="77777777" w:rsidR="00B61A0B" w:rsidRPr="00BF30E3" w:rsidRDefault="00000000">
      <w:pPr>
        <w:ind w:left="259" w:hanging="259"/>
        <w:rPr>
          <w:lang w:val="pl-PL"/>
        </w:rPr>
      </w:pPr>
      <w:r w:rsidRPr="00BF30E3">
        <w:rPr>
          <w:lang w:val="pl-PL"/>
        </w:rPr>
        <w:t>6. Laureat może odmówić odbioru przyznanych mu Nagród.</w:t>
      </w:r>
    </w:p>
    <w:p w14:paraId="0CBC2DD0" w14:textId="77777777" w:rsidR="00B61A0B" w:rsidRPr="00BF30E3" w:rsidRDefault="00000000">
      <w:pPr>
        <w:ind w:left="259" w:hanging="259"/>
        <w:rPr>
          <w:lang w:val="pl-PL"/>
        </w:rPr>
      </w:pPr>
      <w:r w:rsidRPr="00BF30E3">
        <w:rPr>
          <w:lang w:val="pl-PL"/>
        </w:rPr>
        <w:t>7. Nagrody nieodebrane do dnia 30 maja 2027 roku ulegają przepadkowi.</w:t>
      </w:r>
    </w:p>
    <w:p w14:paraId="2A3632CB" w14:textId="77777777" w:rsidR="00B61A0B" w:rsidRPr="00BF30E3" w:rsidRDefault="00000000">
      <w:pPr>
        <w:pStyle w:val="Nagwek1"/>
        <w:rPr>
          <w:lang w:val="pl-PL"/>
        </w:rPr>
      </w:pPr>
      <w:r w:rsidRPr="00BF30E3">
        <w:rPr>
          <w:lang w:val="pl-PL"/>
        </w:rPr>
        <w:t>§ 10  Postępowanie reklamacyjne</w:t>
      </w:r>
    </w:p>
    <w:p w14:paraId="7C47725B" w14:textId="77777777" w:rsidR="00B61A0B" w:rsidRPr="00BF30E3" w:rsidRDefault="00000000">
      <w:pPr>
        <w:ind w:left="259" w:hanging="259"/>
        <w:rPr>
          <w:lang w:val="pl-PL"/>
        </w:rPr>
      </w:pPr>
      <w:r w:rsidRPr="00BF30E3">
        <w:rPr>
          <w:lang w:val="pl-PL"/>
        </w:rPr>
        <w:t>1. Organizatorzy przewidują możliwość wnoszenia reklamacji. Reklamacja powinna być wniesiona na piśmie (listem poleconym) na adres Organizatora Targi Kielce S.A., ul. Zakładowa 1, 25-672 Kielce lub mailowo na adres: biuro@targikielce.pl, w terminie do 14 dni od dnia ogłoszenia wyników Konkursu.</w:t>
      </w:r>
    </w:p>
    <w:p w14:paraId="5BFAFA61" w14:textId="77777777" w:rsidR="00B61A0B" w:rsidRPr="00BF30E3" w:rsidRDefault="00000000">
      <w:pPr>
        <w:ind w:left="259" w:hanging="259"/>
        <w:rPr>
          <w:lang w:val="pl-PL"/>
        </w:rPr>
      </w:pPr>
      <w:r w:rsidRPr="00BF30E3">
        <w:rPr>
          <w:lang w:val="pl-PL"/>
        </w:rPr>
        <w:t>2. Reklamacja powinna zawierać:</w:t>
      </w:r>
    </w:p>
    <w:p w14:paraId="466435AD" w14:textId="77777777" w:rsidR="00B61A0B" w:rsidRPr="00BF30E3" w:rsidRDefault="00000000">
      <w:pPr>
        <w:ind w:left="547" w:hanging="259"/>
        <w:rPr>
          <w:lang w:val="pl-PL"/>
        </w:rPr>
      </w:pPr>
      <w:r w:rsidRPr="00BF30E3">
        <w:rPr>
          <w:lang w:val="pl-PL"/>
        </w:rPr>
        <w:t>a) imię i nazwisko/nazwę zgłaszającego reklamację,</w:t>
      </w:r>
    </w:p>
    <w:p w14:paraId="0D6C10E8" w14:textId="77777777" w:rsidR="00B61A0B" w:rsidRPr="00BF30E3" w:rsidRDefault="00000000">
      <w:pPr>
        <w:ind w:left="547" w:hanging="259"/>
        <w:rPr>
          <w:lang w:val="pl-PL"/>
        </w:rPr>
      </w:pPr>
      <w:r w:rsidRPr="00BF30E3">
        <w:rPr>
          <w:lang w:val="pl-PL"/>
        </w:rPr>
        <w:t>b) adres zgłaszającego reklamację w przypadku wniesienia reklamacji na piśmie lub adres e-mail zgłaszającego reklamacją w przypadku wniesienia reklamacji drogą mailową,</w:t>
      </w:r>
    </w:p>
    <w:p w14:paraId="05D14CB5" w14:textId="77777777" w:rsidR="00B61A0B" w:rsidRPr="00BF30E3" w:rsidRDefault="00000000">
      <w:pPr>
        <w:ind w:left="547" w:hanging="259"/>
        <w:rPr>
          <w:lang w:val="pl-PL"/>
        </w:rPr>
      </w:pPr>
      <w:r w:rsidRPr="00BF30E3">
        <w:rPr>
          <w:lang w:val="pl-PL"/>
        </w:rPr>
        <w:t>c) dokładny opis reklamacji wraz z informacją czego zgłaszający reklamacje domaga się od Organizatorów.</w:t>
      </w:r>
    </w:p>
    <w:p w14:paraId="4978669D" w14:textId="77777777" w:rsidR="00B61A0B" w:rsidRPr="00BF30E3" w:rsidRDefault="00000000">
      <w:pPr>
        <w:ind w:left="259" w:hanging="259"/>
        <w:rPr>
          <w:lang w:val="pl-PL"/>
        </w:rPr>
      </w:pPr>
      <w:r w:rsidRPr="00BF30E3">
        <w:rPr>
          <w:lang w:val="pl-PL"/>
        </w:rPr>
        <w:t>3. Reklamacja zostanie rozpatrzona przez Organizatorów w terminie 14 dni od dnia jej otrzymania. Zgłaszający reklamacje zostanie poinformowany o wyniku postępowania reklamacyjnego na piśmie (listem poleconym) w przypadku wniesienia reklamacji pisemnej lub mailowo w przypadku wniesienia reklamacji drogą mailową.</w:t>
      </w:r>
    </w:p>
    <w:p w14:paraId="2B056AFB" w14:textId="77777777" w:rsidR="00B61A0B" w:rsidRPr="00BF30E3" w:rsidRDefault="00000000">
      <w:pPr>
        <w:pStyle w:val="Nagwek1"/>
        <w:rPr>
          <w:lang w:val="pl-PL"/>
        </w:rPr>
      </w:pPr>
      <w:r w:rsidRPr="00BF30E3">
        <w:rPr>
          <w:lang w:val="pl-PL"/>
        </w:rPr>
        <w:t>§ 11  Przetwarzanie danych osobowych</w:t>
      </w:r>
    </w:p>
    <w:p w14:paraId="09E5DFC7" w14:textId="77777777" w:rsidR="00B61A0B" w:rsidRPr="00BF30E3" w:rsidRDefault="00000000">
      <w:pPr>
        <w:ind w:left="259" w:hanging="259"/>
        <w:rPr>
          <w:lang w:val="pl-PL"/>
        </w:rPr>
      </w:pPr>
      <w:r w:rsidRPr="00BF30E3">
        <w:rPr>
          <w:lang w:val="pl-PL"/>
        </w:rPr>
        <w:t>1. Dane osobowe podlegają ochronie zgodnie z przepisami Rozporządzenia Parlamentu Europejskiego i Rady (UE) 2016/679 z dnia 27 kwietnia 2016r. w sprawie ochrony osób fizycznych w związku z przetwarzaniem danych osobowych i w sprawie swobodnego przepływu takich danych oraz uchylenia dyrektywy 95/46/WE („RODO”) oraz ustawą z dnia 10 maja 2018 roku o ochronie danych osobowych (t.j. Dz. U z 2019 r., poz. 1781).</w:t>
      </w:r>
    </w:p>
    <w:p w14:paraId="52C6786F" w14:textId="77777777" w:rsidR="00B61A0B" w:rsidRPr="00BF30E3" w:rsidRDefault="00000000">
      <w:pPr>
        <w:ind w:left="259" w:hanging="259"/>
        <w:rPr>
          <w:lang w:val="pl-PL"/>
        </w:rPr>
      </w:pPr>
      <w:r w:rsidRPr="00BF30E3">
        <w:rPr>
          <w:lang w:val="pl-PL"/>
        </w:rPr>
        <w:t>2. Administratorem danych osobowych są Organizatorzy.</w:t>
      </w:r>
    </w:p>
    <w:p w14:paraId="23071B6F" w14:textId="77777777" w:rsidR="00B61A0B" w:rsidRPr="00BF30E3" w:rsidRDefault="00000000">
      <w:pPr>
        <w:ind w:left="259" w:hanging="259"/>
        <w:rPr>
          <w:lang w:val="pl-PL"/>
        </w:rPr>
      </w:pPr>
      <w:r w:rsidRPr="00BF30E3">
        <w:rPr>
          <w:lang w:val="pl-PL"/>
        </w:rPr>
        <w:lastRenderedPageBreak/>
        <w:t>3. Targi Kielce S.A. wyznaczyły inspektora ochrony danych osobowych, z którym można się skontaktować: pocztą tradycyjną na adres Targi Kielce Spółka Akcyjna, ul. Zakładowa 1, 25-672 Kielce, za pośrednictwem poczty elektronicznej na adres e-mail biuro@targikielce.pl lub telefonicznie pod numerem telefonu 41 365 12 22 lub 41 345 62 61.</w:t>
      </w:r>
    </w:p>
    <w:p w14:paraId="364A833F" w14:textId="53CD41D1" w:rsidR="00B61A0B" w:rsidRPr="00BF30E3" w:rsidRDefault="00E62D3A">
      <w:pPr>
        <w:ind w:left="259" w:hanging="259"/>
        <w:rPr>
          <w:lang w:val="pl-PL"/>
        </w:rPr>
      </w:pPr>
      <w:r>
        <w:rPr>
          <w:lang w:val="pl-PL"/>
        </w:rPr>
        <w:t>4</w:t>
      </w:r>
      <w:r w:rsidRPr="00BF30E3">
        <w:rPr>
          <w:lang w:val="pl-PL"/>
        </w:rPr>
        <w:t>. Przystąpienie do Konkursu przez Uczestnika lub zgłoszenie reklamacji jest równoznaczne z wyrażeniem zgody na przetwarzanie przez Organizator</w:t>
      </w:r>
      <w:r w:rsidR="00444E72">
        <w:rPr>
          <w:lang w:val="pl-PL"/>
        </w:rPr>
        <w:t>a</w:t>
      </w:r>
      <w:r w:rsidRPr="00BF30E3">
        <w:rPr>
          <w:lang w:val="pl-PL"/>
        </w:rPr>
        <w:t xml:space="preserve"> podanych danych osobowych, w szczególności imienia, nazwiska, adresu, numeru PESEL, numeru telefonu, adresu e-mail w celach związanych z organizacją i przeprowadzeniem Konkursu oraz rozpatrzeniem reklamacji.</w:t>
      </w:r>
    </w:p>
    <w:p w14:paraId="6399D416" w14:textId="63E7CE26" w:rsidR="00B61A0B" w:rsidRPr="00BF30E3" w:rsidRDefault="00E62D3A">
      <w:pPr>
        <w:ind w:left="259" w:hanging="259"/>
        <w:rPr>
          <w:lang w:val="pl-PL"/>
        </w:rPr>
      </w:pPr>
      <w:r>
        <w:rPr>
          <w:lang w:val="pl-PL"/>
        </w:rPr>
        <w:t>5</w:t>
      </w:r>
      <w:r w:rsidRPr="00BF30E3">
        <w:rPr>
          <w:lang w:val="pl-PL"/>
        </w:rPr>
        <w:t>. Podanie danych osobowych nie jest wymogiem ustawowym oraz jest dobrowolne, ale jest niezbędne w celu wzięcia udziału w Konkursie przez Uczestnika lub rozpatrzenia reklamacji.</w:t>
      </w:r>
    </w:p>
    <w:p w14:paraId="1F6A45C8" w14:textId="6F54BE46" w:rsidR="00B61A0B" w:rsidRPr="00BF30E3" w:rsidRDefault="00E62D3A">
      <w:pPr>
        <w:ind w:left="259" w:hanging="259"/>
        <w:rPr>
          <w:lang w:val="pl-PL"/>
        </w:rPr>
      </w:pPr>
      <w:r>
        <w:rPr>
          <w:lang w:val="pl-PL"/>
        </w:rPr>
        <w:t>6</w:t>
      </w:r>
      <w:r w:rsidRPr="00BF30E3">
        <w:rPr>
          <w:lang w:val="pl-PL"/>
        </w:rPr>
        <w:t>. Dane osobowe są przetwarzane na podstawie:</w:t>
      </w:r>
    </w:p>
    <w:p w14:paraId="4B03D1D0" w14:textId="77777777" w:rsidR="00B61A0B" w:rsidRPr="00BF30E3" w:rsidRDefault="00000000">
      <w:pPr>
        <w:ind w:left="547" w:hanging="259"/>
        <w:rPr>
          <w:lang w:val="pl-PL"/>
        </w:rPr>
      </w:pPr>
      <w:r w:rsidRPr="00BF30E3">
        <w:rPr>
          <w:lang w:val="pl-PL"/>
        </w:rPr>
        <w:t>a) art. 6 ust. 1 lit. a RODO tj. na podstawie wyrażonej zgody wyłącznie w celach organizacji i przeprowadzenia Konkursu lub rozpatrzenia reklamacji;</w:t>
      </w:r>
    </w:p>
    <w:p w14:paraId="6C94EF54" w14:textId="77777777" w:rsidR="00B61A0B" w:rsidRPr="00BF30E3" w:rsidRDefault="00000000">
      <w:pPr>
        <w:ind w:left="547" w:hanging="259"/>
        <w:rPr>
          <w:lang w:val="pl-PL"/>
        </w:rPr>
      </w:pPr>
      <w:r w:rsidRPr="00BF30E3">
        <w:rPr>
          <w:lang w:val="pl-PL"/>
        </w:rPr>
        <w:t>b) art. 6 ust. 1 lit. b RODO w celu podjęcia działań na żądanie Uczestnika;</w:t>
      </w:r>
    </w:p>
    <w:p w14:paraId="28AE5065" w14:textId="77777777" w:rsidR="00B61A0B" w:rsidRPr="00BF30E3" w:rsidRDefault="00000000">
      <w:pPr>
        <w:ind w:left="547" w:hanging="259"/>
        <w:rPr>
          <w:lang w:val="pl-PL"/>
        </w:rPr>
      </w:pPr>
      <w:r w:rsidRPr="00BF30E3">
        <w:rPr>
          <w:lang w:val="pl-PL"/>
        </w:rPr>
        <w:t>c) art. 6 ust. 1 lit. c RODO w celu wypełnienia obowiązku prawnego ciążącego na administratorze wynikającego w szczególności z przepisów prawa podatkowego;</w:t>
      </w:r>
    </w:p>
    <w:p w14:paraId="424EF54E" w14:textId="205A539C" w:rsidR="00B61A0B" w:rsidRPr="00BF30E3" w:rsidRDefault="00000000">
      <w:pPr>
        <w:ind w:left="547" w:hanging="259"/>
        <w:rPr>
          <w:lang w:val="pl-PL"/>
        </w:rPr>
      </w:pPr>
      <w:r w:rsidRPr="00BF30E3">
        <w:rPr>
          <w:lang w:val="pl-PL"/>
        </w:rPr>
        <w:t>d) art. 6 ust. 1 lit. f RODO w celu realizacji prawnie uzasadnionych interesów Organizator</w:t>
      </w:r>
      <w:r w:rsidR="00444E72">
        <w:rPr>
          <w:lang w:val="pl-PL"/>
        </w:rPr>
        <w:t>a</w:t>
      </w:r>
      <w:r w:rsidRPr="00BF30E3">
        <w:rPr>
          <w:lang w:val="pl-PL"/>
        </w:rPr>
        <w:t xml:space="preserve"> takich jak: obsługa postępowań cywilnych, egzekucyjnych, administracyjnych, karnych, obsługa procesów wewnętrznych związanych z prowadzeniem działalności gospodarczej.</w:t>
      </w:r>
    </w:p>
    <w:p w14:paraId="6A25772B" w14:textId="59FFBFBD" w:rsidR="00B61A0B" w:rsidRPr="00BF30E3" w:rsidRDefault="00E62D3A">
      <w:pPr>
        <w:ind w:left="259" w:hanging="259"/>
        <w:rPr>
          <w:lang w:val="pl-PL"/>
        </w:rPr>
      </w:pPr>
      <w:r>
        <w:rPr>
          <w:lang w:val="pl-PL"/>
        </w:rPr>
        <w:t>7</w:t>
      </w:r>
      <w:r w:rsidRPr="00BF30E3">
        <w:rPr>
          <w:lang w:val="pl-PL"/>
        </w:rPr>
        <w:t>. Dane osobowe mogą być przekazywane następującym kategoriom odbiorców: podmiotom świadczącym na rzecz Organizator</w:t>
      </w:r>
      <w:r w:rsidR="00444E72">
        <w:rPr>
          <w:lang w:val="pl-PL"/>
        </w:rPr>
        <w:t>a</w:t>
      </w:r>
      <w:r w:rsidRPr="00BF30E3">
        <w:rPr>
          <w:lang w:val="pl-PL"/>
        </w:rPr>
        <w:t xml:space="preserve"> usługi niezbędne do realizacji celów, o których mowa w ust. </w:t>
      </w:r>
      <w:r w:rsidR="00444E72">
        <w:rPr>
          <w:lang w:val="pl-PL"/>
        </w:rPr>
        <w:t>6</w:t>
      </w:r>
      <w:r w:rsidRPr="00BF30E3">
        <w:rPr>
          <w:lang w:val="pl-PL"/>
        </w:rPr>
        <w:t>, w tym członkom Komisji Konkursowej, podmiotom realizującym wsparcie techniczne lub organizacyjne Konkursu oraz innym podmiotom uprawnionym na podstawie przepisów prawa.</w:t>
      </w:r>
    </w:p>
    <w:p w14:paraId="3A59918D" w14:textId="18B77274" w:rsidR="00B61A0B" w:rsidRPr="00BF30E3" w:rsidRDefault="00E62D3A">
      <w:pPr>
        <w:ind w:left="259" w:hanging="259"/>
        <w:rPr>
          <w:lang w:val="pl-PL"/>
        </w:rPr>
      </w:pPr>
      <w:r>
        <w:rPr>
          <w:lang w:val="pl-PL"/>
        </w:rPr>
        <w:t>8</w:t>
      </w:r>
      <w:r w:rsidRPr="00BF30E3">
        <w:rPr>
          <w:lang w:val="pl-PL"/>
        </w:rPr>
        <w:t>. Dane osobowe będą przechowywane do momentu odwołania zgody lub do momentu przedawnienia roszczeń lub zakończenia postępowań cywilnych, administracyjnych, podatkowych lub karnych wymagających przetwarzania danych osobowych.</w:t>
      </w:r>
    </w:p>
    <w:p w14:paraId="19319B67" w14:textId="6AF19BDE" w:rsidR="00B61A0B" w:rsidRPr="00BF30E3" w:rsidRDefault="00E62D3A">
      <w:pPr>
        <w:ind w:left="259" w:hanging="259"/>
        <w:rPr>
          <w:lang w:val="pl-PL"/>
        </w:rPr>
      </w:pPr>
      <w:r>
        <w:rPr>
          <w:lang w:val="pl-PL"/>
        </w:rPr>
        <w:t>9</w:t>
      </w:r>
      <w:r w:rsidRPr="00BF30E3">
        <w:rPr>
          <w:lang w:val="pl-PL"/>
        </w:rPr>
        <w:t>. Uczestnik Konkursu lub zgłaszający reklamację posiada prawo do: dostępu do swoich danych osobowych, prawo do sprostowania, usunięcia lub ograniczenia przetwarzania swoich danych osobowych, prawo do przenoszenia swoich danych osobowych, prawo do wniesienia sprzeciwu wobec przetwarzania swoich danych osobowych, prawo do cofnięcia zgody na przetwarzanie swoich danych osobowych.</w:t>
      </w:r>
    </w:p>
    <w:p w14:paraId="1F237558" w14:textId="2A285D9D" w:rsidR="00B61A0B" w:rsidRPr="00BF30E3" w:rsidRDefault="00E62D3A">
      <w:pPr>
        <w:ind w:left="259" w:hanging="259"/>
        <w:rPr>
          <w:lang w:val="pl-PL"/>
        </w:rPr>
      </w:pPr>
      <w:r>
        <w:rPr>
          <w:lang w:val="pl-PL"/>
        </w:rPr>
        <w:t>10</w:t>
      </w:r>
      <w:r w:rsidRPr="00BF30E3">
        <w:rPr>
          <w:lang w:val="pl-PL"/>
        </w:rPr>
        <w:t>. Uczestnik Konkursu lub zgłaszający reklamacje ma prawo do wniesienia skargi do organu nadzorczego tj. Prezesa Urzędu Ochrony Danych Osobowych, jeśli jego zdaniem przetwarzanie danych osobowych narusza przepisy RODO.</w:t>
      </w:r>
    </w:p>
    <w:p w14:paraId="2E5969EA" w14:textId="63769BCF" w:rsidR="00B61A0B" w:rsidRPr="00BF30E3" w:rsidRDefault="00E62D3A">
      <w:pPr>
        <w:ind w:left="259" w:hanging="259"/>
        <w:rPr>
          <w:lang w:val="pl-PL"/>
        </w:rPr>
      </w:pPr>
      <w:r>
        <w:rPr>
          <w:lang w:val="pl-PL"/>
        </w:rPr>
        <w:t>11</w:t>
      </w:r>
      <w:r w:rsidRPr="00BF30E3">
        <w:rPr>
          <w:lang w:val="pl-PL"/>
        </w:rPr>
        <w:t>. Zważywszy, iż przetwarzanie danych osobowych Uczestnika Konkursu lub zgłaszającego reklamacje jest niezbędne dla realizacji Konkursu lub rozpatrzenia reklamacji, w przypadku nieprzekazania swoich danych osobowych, cofnięcia zgody na przetwarzanie danych osobowych lub wyrażenia sprzeciwu wobec przetwarzania danych osobowych w toku trwania Konkursu Uczestnik zostanie wykluczony z Konkursu lub reklamacja nie zostanie rozpatrzona. Jednocześnie Uczestnik utraci prawo do ewentualnej Nagrody.</w:t>
      </w:r>
    </w:p>
    <w:p w14:paraId="374111A5" w14:textId="5CBEB5ED" w:rsidR="00B61A0B" w:rsidRPr="00BF30E3" w:rsidRDefault="00E62D3A">
      <w:pPr>
        <w:ind w:left="259" w:hanging="259"/>
        <w:rPr>
          <w:lang w:val="pl-PL"/>
        </w:rPr>
      </w:pPr>
      <w:r>
        <w:rPr>
          <w:lang w:val="pl-PL"/>
        </w:rPr>
        <w:t>12</w:t>
      </w:r>
      <w:r w:rsidRPr="00BF30E3">
        <w:rPr>
          <w:lang w:val="pl-PL"/>
        </w:rPr>
        <w:t>. Dane osobowe nie będą przekazywane poza Europejski Obszar Gospodarczy.</w:t>
      </w:r>
    </w:p>
    <w:p w14:paraId="564EC666" w14:textId="70A9D9C9" w:rsidR="00B61A0B" w:rsidRPr="00BF30E3" w:rsidRDefault="00E62D3A">
      <w:pPr>
        <w:ind w:left="259" w:hanging="259"/>
        <w:rPr>
          <w:lang w:val="pl-PL"/>
        </w:rPr>
      </w:pPr>
      <w:r>
        <w:rPr>
          <w:lang w:val="pl-PL"/>
        </w:rPr>
        <w:t>13</w:t>
      </w:r>
      <w:r w:rsidRPr="00BF30E3">
        <w:rPr>
          <w:lang w:val="pl-PL"/>
        </w:rPr>
        <w:t>. Dane osobowe nie będą przetwarzane w sposób zautomatyzowany i nie będą profilowane.</w:t>
      </w:r>
    </w:p>
    <w:p w14:paraId="271E20A1" w14:textId="77777777" w:rsidR="00B61A0B" w:rsidRPr="00BF30E3" w:rsidRDefault="00000000">
      <w:pPr>
        <w:pStyle w:val="Nagwek1"/>
        <w:rPr>
          <w:lang w:val="pl-PL"/>
        </w:rPr>
      </w:pPr>
      <w:r w:rsidRPr="00BF30E3">
        <w:rPr>
          <w:lang w:val="pl-PL"/>
        </w:rPr>
        <w:t>§ 12  Postanowienia końcowe</w:t>
      </w:r>
    </w:p>
    <w:p w14:paraId="49D697B4" w14:textId="77777777" w:rsidR="00B61A0B" w:rsidRPr="00BF30E3" w:rsidRDefault="00000000">
      <w:pPr>
        <w:ind w:left="259" w:hanging="259"/>
        <w:rPr>
          <w:lang w:val="pl-PL"/>
        </w:rPr>
      </w:pPr>
      <w:r w:rsidRPr="00BF30E3">
        <w:rPr>
          <w:lang w:val="pl-PL"/>
        </w:rPr>
        <w:t>1. Regulamin Konkursu będzie dostępny na: stronie internetowej https://www.targikielce.pl/expo2bee oraz w siedzibie Organizatorów w terminie od 15 stycznia 2027 r. do 18 kwietnia 2027 r.</w:t>
      </w:r>
    </w:p>
    <w:p w14:paraId="4886BEB7" w14:textId="598FF09B" w:rsidR="00B61A0B" w:rsidRPr="00BF30E3" w:rsidRDefault="00000000">
      <w:pPr>
        <w:ind w:left="259" w:hanging="259"/>
        <w:rPr>
          <w:lang w:val="pl-PL"/>
        </w:rPr>
      </w:pPr>
      <w:r w:rsidRPr="00BF30E3">
        <w:rPr>
          <w:lang w:val="pl-PL"/>
        </w:rPr>
        <w:t xml:space="preserve">2. Organizator </w:t>
      </w:r>
      <w:r w:rsidR="00444E72">
        <w:rPr>
          <w:lang w:val="pl-PL"/>
        </w:rPr>
        <w:t>jest</w:t>
      </w:r>
      <w:r w:rsidRPr="00BF30E3">
        <w:rPr>
          <w:lang w:val="pl-PL"/>
        </w:rPr>
        <w:t xml:space="preserve"> uprawni</w:t>
      </w:r>
      <w:r w:rsidR="00444E72">
        <w:rPr>
          <w:lang w:val="pl-PL"/>
        </w:rPr>
        <w:t>ony</w:t>
      </w:r>
      <w:r w:rsidRPr="00BF30E3">
        <w:rPr>
          <w:lang w:val="pl-PL"/>
        </w:rPr>
        <w:t xml:space="preserve"> do zmiany postanowień Regulaminu, o ile nie pogorszy ona warunków uczestnictwa w Konkursie. W przypadku zmiany postanowień Regulaminu Organizator poinformuj</w:t>
      </w:r>
      <w:r w:rsidR="00444E72">
        <w:rPr>
          <w:lang w:val="pl-PL"/>
        </w:rPr>
        <w:t>e</w:t>
      </w:r>
      <w:r w:rsidRPr="00BF30E3">
        <w:rPr>
          <w:lang w:val="pl-PL"/>
        </w:rPr>
        <w:t xml:space="preserve"> o tym i zamie</w:t>
      </w:r>
      <w:r w:rsidR="00444E72">
        <w:rPr>
          <w:lang w:val="pl-PL"/>
        </w:rPr>
        <w:t>ści</w:t>
      </w:r>
      <w:r w:rsidRPr="00BF30E3">
        <w:rPr>
          <w:lang w:val="pl-PL"/>
        </w:rPr>
        <w:t xml:space="preserve"> nowy tekst jednolity Regulaminu na: stronie internetowej: https://www.targikielce.pl/expo2bee oraz w siedzibie Organizator</w:t>
      </w:r>
      <w:r w:rsidR="00444E72">
        <w:rPr>
          <w:lang w:val="pl-PL"/>
        </w:rPr>
        <w:t>a</w:t>
      </w:r>
      <w:r w:rsidRPr="00BF30E3">
        <w:rPr>
          <w:lang w:val="pl-PL"/>
        </w:rPr>
        <w:t>.</w:t>
      </w:r>
    </w:p>
    <w:p w14:paraId="744F42A7" w14:textId="77777777" w:rsidR="00B61A0B" w:rsidRPr="00BF30E3" w:rsidRDefault="00000000">
      <w:pPr>
        <w:ind w:left="259" w:hanging="259"/>
        <w:rPr>
          <w:lang w:val="pl-PL"/>
        </w:rPr>
      </w:pPr>
      <w:r w:rsidRPr="00BF30E3">
        <w:rPr>
          <w:lang w:val="pl-PL"/>
        </w:rPr>
        <w:lastRenderedPageBreak/>
        <w:t>3. Niniejszy Regulamin stanowi jedyny dokument określający zasady Konkursu. Wszelkie materiały promocyjno-reklamowe mają wyłącznie charakter informacyjny.</w:t>
      </w:r>
    </w:p>
    <w:p w14:paraId="1FBCE825" w14:textId="77777777" w:rsidR="00B61A0B" w:rsidRPr="00BF30E3" w:rsidRDefault="00000000">
      <w:pPr>
        <w:ind w:left="259" w:hanging="259"/>
        <w:rPr>
          <w:lang w:val="pl-PL"/>
        </w:rPr>
      </w:pPr>
      <w:r w:rsidRPr="00BF30E3">
        <w:rPr>
          <w:lang w:val="pl-PL"/>
        </w:rPr>
        <w:t>4. W sprawach nieuregulowanych w Regulaminie zastosowanie mają powszechnie obowiązujące przepisy prawa polskiego.</w:t>
      </w:r>
    </w:p>
    <w:p w14:paraId="2D22A770" w14:textId="77777777" w:rsidR="00B61A0B" w:rsidRPr="00BF30E3" w:rsidRDefault="00000000">
      <w:pPr>
        <w:ind w:left="259" w:hanging="259"/>
        <w:rPr>
          <w:lang w:val="pl-PL"/>
        </w:rPr>
      </w:pPr>
      <w:r w:rsidRPr="00BF30E3">
        <w:rPr>
          <w:lang w:val="pl-PL"/>
        </w:rPr>
        <w:t>5. Wszelkie spory związane z organizowanym Konkursem, które nie zostaną rozstrzygnięte w sposób polubowny, będą podlegały wyłącznej jurysdykcji sądów polskich właściwych dla siedziby Organizatora Targi Kielce S.A.</w:t>
      </w:r>
    </w:p>
    <w:p w14:paraId="257E3EEB" w14:textId="77777777" w:rsidR="00B61A0B" w:rsidRPr="00BF30E3" w:rsidRDefault="00000000">
      <w:pPr>
        <w:rPr>
          <w:lang w:val="pl-PL"/>
        </w:rPr>
      </w:pPr>
      <w:r w:rsidRPr="00BF30E3">
        <w:rPr>
          <w:lang w:val="pl-PL"/>
        </w:rPr>
        <w:br w:type="page"/>
      </w:r>
    </w:p>
    <w:p w14:paraId="77407EEE" w14:textId="77777777" w:rsidR="00B61A0B" w:rsidRPr="00BF30E3" w:rsidRDefault="00000000">
      <w:pPr>
        <w:pStyle w:val="Nagwek1"/>
        <w:rPr>
          <w:lang w:val="pl-PL"/>
        </w:rPr>
      </w:pPr>
      <w:r w:rsidRPr="00BF30E3">
        <w:rPr>
          <w:lang w:val="pl-PL"/>
        </w:rPr>
        <w:lastRenderedPageBreak/>
        <w:t>ZAŁĄCZNIK NR 1</w:t>
      </w:r>
    </w:p>
    <w:p w14:paraId="00526E32" w14:textId="77777777" w:rsidR="00B61A0B" w:rsidRPr="00BF30E3" w:rsidRDefault="00000000">
      <w:pPr>
        <w:pStyle w:val="Nagwek1"/>
        <w:rPr>
          <w:lang w:val="pl-PL"/>
        </w:rPr>
      </w:pPr>
      <w:r w:rsidRPr="00BF30E3">
        <w:rPr>
          <w:lang w:val="pl-PL"/>
        </w:rPr>
        <w:t>FORMULARZ ZGŁOSZENIOWY</w:t>
      </w:r>
    </w:p>
    <w:p w14:paraId="755A1FD8" w14:textId="77777777" w:rsidR="00B61A0B" w:rsidRPr="00BF30E3" w:rsidRDefault="00000000">
      <w:pPr>
        <w:spacing w:after="280"/>
        <w:rPr>
          <w:lang w:val="pl-PL"/>
        </w:rPr>
      </w:pPr>
      <w:r w:rsidRPr="00BF30E3">
        <w:rPr>
          <w:lang w:val="pl-PL"/>
        </w:rPr>
        <w:t>II edycja konkursu fotograficznego „Pszczoła – natura w obiektywie”</w:t>
      </w:r>
    </w:p>
    <w:p w14:paraId="1D849DB4" w14:textId="77777777" w:rsidR="00B61A0B" w:rsidRPr="00BF30E3" w:rsidRDefault="00000000">
      <w:pPr>
        <w:spacing w:after="280"/>
        <w:rPr>
          <w:lang w:val="pl-PL"/>
        </w:rPr>
      </w:pPr>
      <w:r w:rsidRPr="00BF30E3">
        <w:rPr>
          <w:lang w:val="pl-PL"/>
        </w:rPr>
        <w:t>Imię i nazwisko autora:  .................................................................</w:t>
      </w:r>
    </w:p>
    <w:p w14:paraId="03A2CA67" w14:textId="77777777" w:rsidR="00B61A0B" w:rsidRPr="00BF30E3" w:rsidRDefault="00000000">
      <w:pPr>
        <w:spacing w:after="280"/>
        <w:rPr>
          <w:lang w:val="pl-PL"/>
        </w:rPr>
      </w:pPr>
      <w:r w:rsidRPr="00BF30E3">
        <w:rPr>
          <w:lang w:val="pl-PL"/>
        </w:rPr>
        <w:t>Adres e-mail:  .................................................................</w:t>
      </w:r>
    </w:p>
    <w:p w14:paraId="173B73E3" w14:textId="77777777" w:rsidR="00B61A0B" w:rsidRPr="00BF30E3" w:rsidRDefault="00000000">
      <w:pPr>
        <w:spacing w:after="280"/>
        <w:rPr>
          <w:lang w:val="pl-PL"/>
        </w:rPr>
      </w:pPr>
      <w:r w:rsidRPr="00BF30E3">
        <w:rPr>
          <w:lang w:val="pl-PL"/>
        </w:rPr>
        <w:t>Numer telefonu:  .................................................................</w:t>
      </w:r>
    </w:p>
    <w:p w14:paraId="5ED99438" w14:textId="77777777" w:rsidR="00B61A0B" w:rsidRPr="00BF30E3" w:rsidRDefault="00000000">
      <w:pPr>
        <w:spacing w:after="280"/>
        <w:rPr>
          <w:lang w:val="pl-PL"/>
        </w:rPr>
      </w:pPr>
      <w:r w:rsidRPr="00BF30E3">
        <w:rPr>
          <w:lang w:val="pl-PL"/>
        </w:rPr>
        <w:t>Tytuł fotografii:  .................................................................</w:t>
      </w:r>
    </w:p>
    <w:p w14:paraId="5C18107E" w14:textId="77777777" w:rsidR="00B61A0B" w:rsidRPr="00BF30E3" w:rsidRDefault="00000000">
      <w:pPr>
        <w:spacing w:after="280"/>
        <w:rPr>
          <w:lang w:val="pl-PL"/>
        </w:rPr>
      </w:pPr>
      <w:r w:rsidRPr="00BF30E3">
        <w:rPr>
          <w:lang w:val="pl-PL"/>
        </w:rPr>
        <w:t>☐  Oświadczam, że zapoznałem/-am się z Regulaminem Konkursu fotograficznego i akceptuję jego postanowienia.*</w:t>
      </w:r>
    </w:p>
    <w:p w14:paraId="223D9E0C" w14:textId="77777777" w:rsidR="00B61A0B" w:rsidRPr="00BF30E3" w:rsidRDefault="00000000">
      <w:pPr>
        <w:spacing w:after="280"/>
        <w:rPr>
          <w:lang w:val="pl-PL"/>
        </w:rPr>
      </w:pPr>
      <w:r w:rsidRPr="00BF30E3">
        <w:rPr>
          <w:lang w:val="pl-PL"/>
        </w:rPr>
        <w:t>☐  Oświadczam, że jestem autorem wykonanej pracy fotografii konkursowej oraz że przysługują mi niczym nieograniczone prawa autorskie i prawa zależne do wykonanej fotografii konkursowej.*</w:t>
      </w:r>
    </w:p>
    <w:p w14:paraId="30E4F7E5" w14:textId="77777777" w:rsidR="00B61A0B" w:rsidRPr="00BF30E3" w:rsidRDefault="00000000">
      <w:pPr>
        <w:spacing w:after="280"/>
        <w:rPr>
          <w:lang w:val="pl-PL"/>
        </w:rPr>
      </w:pPr>
      <w:r w:rsidRPr="00BF30E3">
        <w:rPr>
          <w:lang w:val="pl-PL"/>
        </w:rPr>
        <w:t>☐  Oświadczam, że wyrażam zgodę na publikację przez Organizatorów swojego imienia, nazwiska oraz fotografii konkursowej w serwisie Facebook oraz na innych stronach internetowych w celach związanych z realizacją Konkursu oraz ogłoszeniem wyników Konkursu.*</w:t>
      </w:r>
    </w:p>
    <w:p w14:paraId="5B06D53F" w14:textId="77777777" w:rsidR="00B61A0B" w:rsidRPr="00BF30E3" w:rsidRDefault="00000000">
      <w:pPr>
        <w:spacing w:after="280"/>
        <w:rPr>
          <w:lang w:val="pl-PL"/>
        </w:rPr>
      </w:pPr>
      <w:r w:rsidRPr="00BF30E3">
        <w:rPr>
          <w:lang w:val="pl-PL"/>
        </w:rPr>
        <w:t>Data i podpis Uczestnika:  .................................................................</w:t>
      </w:r>
    </w:p>
    <w:p w14:paraId="302FAF8C" w14:textId="77777777" w:rsidR="00B61A0B" w:rsidRDefault="00000000">
      <w:pPr>
        <w:spacing w:after="280"/>
      </w:pPr>
      <w:r w:rsidRPr="00BF30E3">
        <w:rPr>
          <w:lang w:val="pl-PL"/>
        </w:rPr>
        <w:t xml:space="preserve">*  Wyrażenie zgody następuje poprzez zamieszczenie znaku „X” w kratce. </w:t>
      </w:r>
      <w:r>
        <w:t>Wyrażenie zgody jest obowiązkowe by wziąć udział w Konkursie.</w:t>
      </w:r>
    </w:p>
    <w:sectPr w:rsidR="00B61A0B"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90955086">
    <w:abstractNumId w:val="8"/>
  </w:num>
  <w:num w:numId="2" w16cid:durableId="997806596">
    <w:abstractNumId w:val="6"/>
  </w:num>
  <w:num w:numId="3" w16cid:durableId="752051507">
    <w:abstractNumId w:val="5"/>
  </w:num>
  <w:num w:numId="4" w16cid:durableId="1879856174">
    <w:abstractNumId w:val="4"/>
  </w:num>
  <w:num w:numId="5" w16cid:durableId="178084201">
    <w:abstractNumId w:val="7"/>
  </w:num>
  <w:num w:numId="6" w16cid:durableId="1786121949">
    <w:abstractNumId w:val="3"/>
  </w:num>
  <w:num w:numId="7" w16cid:durableId="494154149">
    <w:abstractNumId w:val="2"/>
  </w:num>
  <w:num w:numId="8" w16cid:durableId="1474370230">
    <w:abstractNumId w:val="1"/>
  </w:num>
  <w:num w:numId="9" w16cid:durableId="1005783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0F15"/>
    <w:rsid w:val="0029639D"/>
    <w:rsid w:val="00326F90"/>
    <w:rsid w:val="00374AB7"/>
    <w:rsid w:val="003C75A3"/>
    <w:rsid w:val="00444E72"/>
    <w:rsid w:val="006644C4"/>
    <w:rsid w:val="00AA1D8D"/>
    <w:rsid w:val="00B47730"/>
    <w:rsid w:val="00B61A0B"/>
    <w:rsid w:val="00BF30E3"/>
    <w:rsid w:val="00CB0664"/>
    <w:rsid w:val="00E62D3A"/>
    <w:rsid w:val="00F062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CBF508"/>
  <w14:defaultImageDpi w14:val="300"/>
  <w15:docId w15:val="{4635BE98-9DF0-48D1-AD5D-5C709C8C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rial" w:hAnsi="Arial"/>
      <w:sz w:val="20"/>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color w:val="000000"/>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300" w:line="240" w:lineRule="auto"/>
      <w:contextualSpacing/>
    </w:pPr>
    <w:rPr>
      <w:rFonts w:asciiTheme="majorHAnsi" w:eastAsiaTheme="majorEastAsia" w:hAnsiTheme="majorHAnsi" w:cstheme="majorBidi"/>
      <w:color w:val="000000"/>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E62D3A"/>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2671</Words>
  <Characters>16026</Characters>
  <Application>Microsoft Office Word</Application>
  <DocSecurity>0</DocSecurity>
  <Lines>133</Lines>
  <Paragraphs>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Brzezińska Marta</cp:lastModifiedBy>
  <cp:revision>3</cp:revision>
  <dcterms:created xsi:type="dcterms:W3CDTF">2026-10-13T13:11:00Z</dcterms:created>
  <dcterms:modified xsi:type="dcterms:W3CDTF">2026-10-13T13:12:00Z</dcterms:modified>
  <cp:category/>
</cp:coreProperties>
</file>